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999EC" w14:textId="77777777" w:rsidR="0083361A" w:rsidRPr="0021333B" w:rsidRDefault="0083361A" w:rsidP="002D5CF4">
      <w:pPr>
        <w:spacing w:after="0"/>
        <w:ind w:left="360" w:hanging="360"/>
        <w:jc w:val="both"/>
        <w:rPr>
          <w:b/>
          <w:bCs/>
          <w:color w:val="366091"/>
          <w:sz w:val="28"/>
          <w:szCs w:val="28"/>
        </w:rPr>
      </w:pPr>
      <w:r w:rsidRPr="0021333B">
        <w:rPr>
          <w:b/>
          <w:bCs/>
          <w:color w:val="366091"/>
          <w:sz w:val="28"/>
          <w:szCs w:val="28"/>
        </w:rPr>
        <w:t>Partnership Agreement</w:t>
      </w:r>
    </w:p>
    <w:p w14:paraId="7F629B1E" w14:textId="4E8F03D9" w:rsidR="0083361A" w:rsidRDefault="0083361A" w:rsidP="002D5CF4">
      <w:pPr>
        <w:spacing w:after="0"/>
        <w:jc w:val="both"/>
      </w:pPr>
      <w:r>
        <w:t xml:space="preserve">This Agreement is made and entered into this </w:t>
      </w:r>
      <w:r w:rsidR="008A589C" w:rsidRPr="008A589C">
        <w:rPr>
          <w:highlight w:val="yellow"/>
        </w:rPr>
        <w:t xml:space="preserve">_____ </w:t>
      </w:r>
      <w:r w:rsidRPr="008A589C">
        <w:rPr>
          <w:highlight w:val="yellow"/>
        </w:rPr>
        <w:t xml:space="preserve">day of </w:t>
      </w:r>
      <w:r w:rsidR="008A589C" w:rsidRPr="008A589C">
        <w:rPr>
          <w:highlight w:val="yellow"/>
        </w:rPr>
        <w:t xml:space="preserve">_______________ </w:t>
      </w:r>
      <w:r w:rsidRPr="008A589C">
        <w:rPr>
          <w:highlight w:val="yellow"/>
        </w:rPr>
        <w:t>2026</w:t>
      </w:r>
      <w:r w:rsidRPr="008A589C">
        <w:t xml:space="preserve"> </w:t>
      </w:r>
      <w:r>
        <w:t xml:space="preserve">by and between Kayak Wisconsin, a Wisconsin-based kayak rental provider, hereinafter referred to as “Kayak Wisconsin”, and the County of Sauk, a political subdivision of the State of Wisconsin, hereinafter referred to as “County”. </w:t>
      </w:r>
    </w:p>
    <w:p w14:paraId="04E5CA6F" w14:textId="77777777" w:rsidR="0083361A" w:rsidRDefault="0083361A" w:rsidP="002D5CF4">
      <w:pPr>
        <w:spacing w:after="0"/>
        <w:jc w:val="both"/>
      </w:pPr>
    </w:p>
    <w:p w14:paraId="7E93B39A" w14:textId="77777777" w:rsidR="0083361A" w:rsidRDefault="0083361A" w:rsidP="002D5CF4">
      <w:pPr>
        <w:pStyle w:val="ListParagraph"/>
        <w:numPr>
          <w:ilvl w:val="0"/>
          <w:numId w:val="13"/>
        </w:numPr>
        <w:spacing w:after="0" w:line="278" w:lineRule="auto"/>
        <w:jc w:val="both"/>
      </w:pPr>
      <w:r w:rsidRPr="0021333B">
        <w:rPr>
          <w:b/>
          <w:bCs/>
          <w:color w:val="4F81BD"/>
        </w:rPr>
        <w:t>PURPOSE.</w:t>
      </w:r>
      <w:r>
        <w:t xml:space="preserve"> The purpose of this Agreement is to establish a partnership in which Kayak Wisconsin assists the County to operate a self-serve equipment rental system with a 50% revenue share at White Mound County Park.</w:t>
      </w:r>
    </w:p>
    <w:p w14:paraId="35822EE2" w14:textId="77777777" w:rsidR="0021333B" w:rsidRDefault="0021333B" w:rsidP="002D5CF4">
      <w:pPr>
        <w:pStyle w:val="ListParagraph"/>
        <w:spacing w:after="0" w:line="278" w:lineRule="auto"/>
        <w:ind w:left="360"/>
        <w:jc w:val="both"/>
      </w:pPr>
    </w:p>
    <w:p w14:paraId="035E0C64" w14:textId="1BC2E7D1" w:rsidR="0083361A" w:rsidRDefault="0083361A" w:rsidP="002D5CF4">
      <w:pPr>
        <w:pStyle w:val="ListParagraph"/>
        <w:numPr>
          <w:ilvl w:val="0"/>
          <w:numId w:val="13"/>
        </w:numPr>
        <w:spacing w:after="0" w:line="278" w:lineRule="auto"/>
        <w:jc w:val="both"/>
      </w:pPr>
      <w:r w:rsidRPr="0021333B">
        <w:rPr>
          <w:b/>
          <w:bCs/>
          <w:color w:val="0070C0"/>
        </w:rPr>
        <w:t>TERM.</w:t>
      </w:r>
      <w:r w:rsidRPr="0021333B">
        <w:rPr>
          <w:color w:val="0070C0"/>
        </w:rPr>
        <w:t xml:space="preserve"> </w:t>
      </w:r>
      <w:r>
        <w:t xml:space="preserve">This Agreement shall commence on the date above and </w:t>
      </w:r>
      <w:r w:rsidR="002D5CF4">
        <w:t xml:space="preserve">continue for a period of three (3) years </w:t>
      </w:r>
      <w:r>
        <w:t xml:space="preserve">unless earlier terminated in accordance with </w:t>
      </w:r>
      <w:r w:rsidRPr="005D329F">
        <w:t xml:space="preserve">Section </w:t>
      </w:r>
      <w:r w:rsidR="005D329F" w:rsidRPr="005D329F">
        <w:t>17</w:t>
      </w:r>
      <w:r w:rsidRPr="005D329F">
        <w:t>.</w:t>
      </w:r>
      <w:r>
        <w:t xml:space="preserve"> </w:t>
      </w:r>
      <w:r w:rsidR="002D5CF4">
        <w:t xml:space="preserve">After year three, the Agreement shall be one (1) year terms, renewing automatically on the </w:t>
      </w:r>
      <w:r w:rsidR="008A589C">
        <w:t>date noted above.</w:t>
      </w:r>
    </w:p>
    <w:p w14:paraId="3A39FACB" w14:textId="77777777" w:rsidR="005D329F" w:rsidRDefault="005D329F" w:rsidP="005D329F">
      <w:pPr>
        <w:pStyle w:val="ListParagraph"/>
      </w:pPr>
    </w:p>
    <w:p w14:paraId="0AD576C4" w14:textId="6B39084D" w:rsidR="005D329F" w:rsidRDefault="005D329F" w:rsidP="005D329F">
      <w:pPr>
        <w:pStyle w:val="ListParagraph"/>
        <w:numPr>
          <w:ilvl w:val="0"/>
          <w:numId w:val="13"/>
        </w:numPr>
        <w:spacing w:after="0" w:line="278" w:lineRule="auto"/>
        <w:jc w:val="both"/>
      </w:pPr>
      <w:r w:rsidRPr="0021333B">
        <w:rPr>
          <w:b/>
          <w:bCs/>
          <w:color w:val="0070C0"/>
        </w:rPr>
        <w:t>OPERATING SEASON.</w:t>
      </w:r>
      <w:r w:rsidRPr="0021333B">
        <w:rPr>
          <w:color w:val="0070C0"/>
        </w:rPr>
        <w:t xml:space="preserve"> </w:t>
      </w:r>
      <w:r>
        <w:t xml:space="preserve">The equipment will be available for rental from 8:00 AM to 8:00 PM, seven (7) days a week, including </w:t>
      </w:r>
      <w:proofErr w:type="gramStart"/>
      <w:r>
        <w:t>holidays,</w:t>
      </w:r>
      <w:proofErr w:type="gramEnd"/>
      <w:r>
        <w:t xml:space="preserve"> beginning in May. The standard season is from Memorial Day to early October, with adjustments as mutually agreed. </w:t>
      </w:r>
    </w:p>
    <w:p w14:paraId="5854ECB1" w14:textId="77777777" w:rsidR="0021333B" w:rsidRDefault="0021333B" w:rsidP="002D5CF4">
      <w:pPr>
        <w:spacing w:after="0" w:line="278" w:lineRule="auto"/>
        <w:jc w:val="both"/>
      </w:pPr>
    </w:p>
    <w:p w14:paraId="187E7FAB" w14:textId="7FC34882" w:rsidR="002D5CF4" w:rsidRDefault="0083361A" w:rsidP="002D5CF4">
      <w:pPr>
        <w:pStyle w:val="ListParagraph"/>
        <w:numPr>
          <w:ilvl w:val="0"/>
          <w:numId w:val="13"/>
        </w:numPr>
        <w:spacing w:after="0" w:line="278" w:lineRule="auto"/>
        <w:jc w:val="both"/>
      </w:pPr>
      <w:r w:rsidRPr="0021333B">
        <w:rPr>
          <w:b/>
          <w:bCs/>
          <w:color w:val="0070C0"/>
        </w:rPr>
        <w:t>INVESTMENT &amp; REVENUE.</w:t>
      </w:r>
      <w:r w:rsidRPr="0021333B">
        <w:rPr>
          <w:color w:val="0070C0"/>
        </w:rPr>
        <w:t xml:space="preserve"> </w:t>
      </w:r>
      <w:r>
        <w:t xml:space="preserve">The County will pay Kayak </w:t>
      </w:r>
      <w:r w:rsidRPr="00961492">
        <w:t>Wisconsin $2,</w:t>
      </w:r>
      <w:r w:rsidR="00961492" w:rsidRPr="00961492">
        <w:t>5</w:t>
      </w:r>
      <w:r w:rsidRPr="00961492">
        <w:t>00</w:t>
      </w:r>
      <w:r w:rsidR="008A1E6A">
        <w:t xml:space="preserve"> for setup, programming and</w:t>
      </w:r>
      <w:r>
        <w:t xml:space="preserve"> to source Bluetooth locks to secure the equipment owned by the County. </w:t>
      </w:r>
    </w:p>
    <w:p w14:paraId="6EBE603A" w14:textId="77777777" w:rsidR="002D5CF4" w:rsidRDefault="002D5CF4" w:rsidP="002D5CF4">
      <w:pPr>
        <w:pStyle w:val="ListParagraph"/>
        <w:spacing w:after="0" w:line="278" w:lineRule="auto"/>
        <w:ind w:left="360"/>
        <w:jc w:val="both"/>
      </w:pPr>
    </w:p>
    <w:p w14:paraId="17F32EFE" w14:textId="77777777" w:rsidR="0083361A" w:rsidRDefault="0083361A" w:rsidP="002D5CF4">
      <w:pPr>
        <w:pStyle w:val="ListParagraph"/>
        <w:numPr>
          <w:ilvl w:val="1"/>
          <w:numId w:val="13"/>
        </w:numPr>
        <w:spacing w:after="0" w:line="278" w:lineRule="auto"/>
        <w:jc w:val="both"/>
      </w:pPr>
      <w:r>
        <w:t xml:space="preserve">Owned by the County, the following equipment will be managed by Kayak Wisconsin: </w:t>
      </w:r>
    </w:p>
    <w:p w14:paraId="675E8F2D" w14:textId="77777777" w:rsidR="0083361A" w:rsidRDefault="0083361A" w:rsidP="002D5CF4">
      <w:pPr>
        <w:pStyle w:val="ListParagraph"/>
        <w:numPr>
          <w:ilvl w:val="2"/>
          <w:numId w:val="14"/>
        </w:numPr>
        <w:spacing w:after="0" w:line="278" w:lineRule="auto"/>
        <w:jc w:val="both"/>
      </w:pPr>
      <w:r>
        <w:t>Two (2) single kayaks</w:t>
      </w:r>
    </w:p>
    <w:p w14:paraId="31A7A770" w14:textId="77777777" w:rsidR="0083361A" w:rsidRDefault="0083361A" w:rsidP="002D5CF4">
      <w:pPr>
        <w:pStyle w:val="ListParagraph"/>
        <w:numPr>
          <w:ilvl w:val="2"/>
          <w:numId w:val="14"/>
        </w:numPr>
        <w:spacing w:after="0" w:line="278" w:lineRule="auto"/>
        <w:jc w:val="both"/>
      </w:pPr>
      <w:r>
        <w:t>One (1) tandem kayak</w:t>
      </w:r>
    </w:p>
    <w:p w14:paraId="07CF315B" w14:textId="77777777" w:rsidR="0083361A" w:rsidRDefault="0083361A" w:rsidP="002D5CF4">
      <w:pPr>
        <w:pStyle w:val="ListParagraph"/>
        <w:numPr>
          <w:ilvl w:val="2"/>
          <w:numId w:val="14"/>
        </w:numPr>
        <w:spacing w:after="0" w:line="278" w:lineRule="auto"/>
        <w:jc w:val="both"/>
      </w:pPr>
      <w:r>
        <w:t>One (1) canoe</w:t>
      </w:r>
    </w:p>
    <w:p w14:paraId="32A53658" w14:textId="77777777" w:rsidR="0083361A" w:rsidRDefault="0083361A" w:rsidP="002D5CF4">
      <w:pPr>
        <w:pStyle w:val="ListParagraph"/>
        <w:numPr>
          <w:ilvl w:val="2"/>
          <w:numId w:val="14"/>
        </w:numPr>
        <w:spacing w:after="0" w:line="278" w:lineRule="auto"/>
        <w:jc w:val="both"/>
      </w:pPr>
      <w:r>
        <w:t>Four (4) paddle boards</w:t>
      </w:r>
    </w:p>
    <w:p w14:paraId="3DB5AA9E" w14:textId="49E033BC" w:rsidR="0021333B" w:rsidRDefault="0083361A" w:rsidP="002D5CF4">
      <w:pPr>
        <w:pStyle w:val="ListParagraph"/>
        <w:numPr>
          <w:ilvl w:val="2"/>
          <w:numId w:val="14"/>
        </w:numPr>
        <w:spacing w:after="0" w:line="278" w:lineRule="auto"/>
        <w:jc w:val="both"/>
      </w:pPr>
      <w:r>
        <w:t>One (1) pedal boat</w:t>
      </w:r>
    </w:p>
    <w:p w14:paraId="66479F17" w14:textId="086AF7FD" w:rsidR="0021333B" w:rsidRDefault="0083361A" w:rsidP="002D5CF4">
      <w:pPr>
        <w:pStyle w:val="ListParagraph"/>
        <w:numPr>
          <w:ilvl w:val="1"/>
          <w:numId w:val="13"/>
        </w:numPr>
        <w:spacing w:after="0" w:line="278" w:lineRule="auto"/>
        <w:jc w:val="both"/>
      </w:pPr>
      <w:r>
        <w:t xml:space="preserve">The County will </w:t>
      </w:r>
      <w:r w:rsidRPr="00663320">
        <w:t xml:space="preserve">purchase a lockable </w:t>
      </w:r>
      <w:r w:rsidR="005D329F" w:rsidRPr="00663320">
        <w:t>storage</w:t>
      </w:r>
      <w:r w:rsidR="005D329F">
        <w:t xml:space="preserve"> container</w:t>
      </w:r>
      <w:r>
        <w:t xml:space="preserve"> for </w:t>
      </w:r>
      <w:r w:rsidR="0021333B">
        <w:t>life jackets</w:t>
      </w:r>
      <w:r>
        <w:t xml:space="preserve">, paddles and miscellaneous equipment. </w:t>
      </w:r>
    </w:p>
    <w:p w14:paraId="53FA6AFF" w14:textId="751D3132" w:rsidR="0083361A" w:rsidRDefault="0083361A" w:rsidP="002D5CF4">
      <w:pPr>
        <w:pStyle w:val="ListParagraph"/>
        <w:numPr>
          <w:ilvl w:val="1"/>
          <w:numId w:val="13"/>
        </w:numPr>
        <w:spacing w:after="0" w:line="278" w:lineRule="auto"/>
        <w:jc w:val="both"/>
      </w:pPr>
      <w:r>
        <w:t>50% of</w:t>
      </w:r>
      <w:r w:rsidR="0021333B">
        <w:t xml:space="preserve"> all</w:t>
      </w:r>
      <w:r>
        <w:t xml:space="preserve"> revenue </w:t>
      </w:r>
      <w:r w:rsidR="0021333B">
        <w:t xml:space="preserve">collected </w:t>
      </w:r>
      <w:r w:rsidR="008A1E6A">
        <w:t xml:space="preserve">and supporting reports documenting all rentals </w:t>
      </w:r>
      <w:r>
        <w:t>will be re</w:t>
      </w:r>
      <w:r w:rsidR="0021333B">
        <w:t>mitted</w:t>
      </w:r>
      <w:r>
        <w:t xml:space="preserve"> to </w:t>
      </w:r>
      <w:r w:rsidR="0021333B">
        <w:t>the</w:t>
      </w:r>
      <w:r>
        <w:t xml:space="preserve"> County </w:t>
      </w:r>
      <w:r w:rsidR="0021333B">
        <w:t>by December 31</w:t>
      </w:r>
      <w:r w:rsidR="008A589C">
        <w:t xml:space="preserve"> of each year</w:t>
      </w:r>
      <w:r w:rsidR="0021333B">
        <w:t>.</w:t>
      </w:r>
    </w:p>
    <w:p w14:paraId="704B5AB8" w14:textId="1746139B" w:rsidR="005D329F" w:rsidRDefault="005D329F" w:rsidP="005D329F">
      <w:pPr>
        <w:pStyle w:val="ListParagraph"/>
        <w:numPr>
          <w:ilvl w:val="2"/>
          <w:numId w:val="13"/>
        </w:numPr>
        <w:spacing w:after="0" w:line="278" w:lineRule="auto"/>
        <w:jc w:val="both"/>
      </w:pPr>
      <w:r>
        <w:t>Supporting reports must include number of rentals, type of equipment rented and total revenue collected</w:t>
      </w:r>
    </w:p>
    <w:p w14:paraId="4B589D08" w14:textId="77777777" w:rsidR="0021333B" w:rsidRDefault="0021333B" w:rsidP="002D5CF4">
      <w:pPr>
        <w:pStyle w:val="ListParagraph"/>
        <w:spacing w:after="0" w:line="278" w:lineRule="auto"/>
        <w:ind w:left="792"/>
        <w:jc w:val="both"/>
      </w:pPr>
    </w:p>
    <w:p w14:paraId="3B79DE37" w14:textId="1F6E3522" w:rsidR="0021333B" w:rsidRDefault="0083361A" w:rsidP="002D5CF4">
      <w:pPr>
        <w:pStyle w:val="ListParagraph"/>
        <w:numPr>
          <w:ilvl w:val="0"/>
          <w:numId w:val="13"/>
        </w:numPr>
        <w:spacing w:after="0" w:line="278" w:lineRule="auto"/>
        <w:jc w:val="both"/>
      </w:pPr>
      <w:r w:rsidRPr="0021333B">
        <w:rPr>
          <w:b/>
          <w:bCs/>
          <w:color w:val="0070C0"/>
        </w:rPr>
        <w:t>KAYAK WISCONSIN RESPONSIBILITIES.</w:t>
      </w:r>
      <w:r w:rsidRPr="0021333B">
        <w:rPr>
          <w:color w:val="0070C0"/>
        </w:rPr>
        <w:t xml:space="preserve"> </w:t>
      </w:r>
      <w:r>
        <w:t>Kayak Wisconsin agrees to:</w:t>
      </w:r>
    </w:p>
    <w:p w14:paraId="6A7E950F" w14:textId="77777777" w:rsidR="002D5CF4" w:rsidRDefault="002D5CF4" w:rsidP="002D5CF4">
      <w:pPr>
        <w:pStyle w:val="ListParagraph"/>
        <w:spacing w:after="0" w:line="278" w:lineRule="auto"/>
        <w:ind w:left="360"/>
        <w:jc w:val="both"/>
      </w:pPr>
    </w:p>
    <w:p w14:paraId="77C59A29" w14:textId="32C52241" w:rsidR="0083361A" w:rsidRDefault="0083361A" w:rsidP="002D5CF4">
      <w:pPr>
        <w:pStyle w:val="ListParagraph"/>
        <w:numPr>
          <w:ilvl w:val="1"/>
          <w:numId w:val="13"/>
        </w:numPr>
        <w:spacing w:after="0" w:line="278" w:lineRule="auto"/>
        <w:jc w:val="both"/>
      </w:pPr>
      <w:r>
        <w:t xml:space="preserve">Source </w:t>
      </w:r>
      <w:r w:rsidR="00961492">
        <w:t>ten</w:t>
      </w:r>
      <w:r w:rsidR="00791AFD">
        <w:t xml:space="preserve"> (</w:t>
      </w:r>
      <w:r w:rsidR="00961492">
        <w:t>10</w:t>
      </w:r>
      <w:r w:rsidR="00791AFD">
        <w:t xml:space="preserve">) </w:t>
      </w:r>
      <w:r>
        <w:t xml:space="preserve">Bluetooth </w:t>
      </w:r>
      <w:proofErr w:type="spellStart"/>
      <w:r>
        <w:t>Masterlocks</w:t>
      </w:r>
      <w:proofErr w:type="spellEnd"/>
    </w:p>
    <w:p w14:paraId="636A8473" w14:textId="5E1E72B6" w:rsidR="00791AFD" w:rsidRDefault="00791AFD" w:rsidP="002D5CF4">
      <w:pPr>
        <w:pStyle w:val="ListParagraph"/>
        <w:numPr>
          <w:ilvl w:val="1"/>
          <w:numId w:val="13"/>
        </w:numPr>
        <w:spacing w:after="0" w:line="278" w:lineRule="auto"/>
        <w:jc w:val="both"/>
      </w:pPr>
      <w:r>
        <w:t>Replace damaged or stolen locks</w:t>
      </w:r>
    </w:p>
    <w:p w14:paraId="1A583779" w14:textId="77777777" w:rsidR="0083361A" w:rsidRDefault="0083361A" w:rsidP="002D5CF4">
      <w:pPr>
        <w:pStyle w:val="ListParagraph"/>
        <w:numPr>
          <w:ilvl w:val="1"/>
          <w:numId w:val="13"/>
        </w:numPr>
        <w:spacing w:after="0" w:line="278" w:lineRule="auto"/>
        <w:jc w:val="both"/>
      </w:pPr>
      <w:r>
        <w:t>Handle all customer service and booking platforms</w:t>
      </w:r>
    </w:p>
    <w:p w14:paraId="60E14E99" w14:textId="77777777" w:rsidR="0083361A" w:rsidRDefault="0083361A" w:rsidP="002D5CF4">
      <w:pPr>
        <w:pStyle w:val="ListParagraph"/>
        <w:numPr>
          <w:ilvl w:val="1"/>
          <w:numId w:val="13"/>
        </w:numPr>
        <w:spacing w:after="0" w:line="278" w:lineRule="auto"/>
        <w:jc w:val="both"/>
      </w:pPr>
      <w:r>
        <w:t>Set up the County as an admin to unlock/use equipment as needed</w:t>
      </w:r>
    </w:p>
    <w:p w14:paraId="61536D45" w14:textId="77777777" w:rsidR="0021333B" w:rsidRDefault="0021333B" w:rsidP="002D5CF4">
      <w:pPr>
        <w:pStyle w:val="ListParagraph"/>
        <w:spacing w:after="0" w:line="278" w:lineRule="auto"/>
        <w:ind w:left="792"/>
        <w:jc w:val="both"/>
      </w:pPr>
    </w:p>
    <w:p w14:paraId="7A2E1F2A" w14:textId="49F2C705" w:rsidR="002D5CF4" w:rsidRDefault="0083361A" w:rsidP="005D329F">
      <w:pPr>
        <w:pStyle w:val="ListParagraph"/>
        <w:numPr>
          <w:ilvl w:val="0"/>
          <w:numId w:val="13"/>
        </w:numPr>
        <w:spacing w:after="0" w:line="278" w:lineRule="auto"/>
        <w:jc w:val="both"/>
      </w:pPr>
      <w:r w:rsidRPr="0021333B">
        <w:rPr>
          <w:b/>
          <w:bCs/>
          <w:color w:val="0070C0"/>
        </w:rPr>
        <w:t>SAUK COUNTY RESPONSIBILITIES.</w:t>
      </w:r>
      <w:r w:rsidRPr="0021333B">
        <w:rPr>
          <w:color w:val="0070C0"/>
        </w:rPr>
        <w:t xml:space="preserve"> </w:t>
      </w:r>
      <w:r>
        <w:t>The County agrees to:</w:t>
      </w:r>
    </w:p>
    <w:p w14:paraId="64B75524" w14:textId="77777777" w:rsidR="0083361A" w:rsidRDefault="0083361A" w:rsidP="002D5CF4">
      <w:pPr>
        <w:pStyle w:val="ListParagraph"/>
        <w:numPr>
          <w:ilvl w:val="1"/>
          <w:numId w:val="13"/>
        </w:numPr>
        <w:spacing w:after="0" w:line="278" w:lineRule="auto"/>
        <w:jc w:val="both"/>
      </w:pPr>
      <w:r>
        <w:lastRenderedPageBreak/>
        <w:t>Provide the following equipment:</w:t>
      </w:r>
    </w:p>
    <w:p w14:paraId="684A260F" w14:textId="77777777" w:rsidR="0083361A" w:rsidRDefault="0083361A" w:rsidP="002D5CF4">
      <w:pPr>
        <w:pStyle w:val="ListParagraph"/>
        <w:numPr>
          <w:ilvl w:val="2"/>
          <w:numId w:val="15"/>
        </w:numPr>
        <w:spacing w:after="0" w:line="278" w:lineRule="auto"/>
        <w:jc w:val="both"/>
      </w:pPr>
      <w:r>
        <w:t>Two (2) single kayaks</w:t>
      </w:r>
    </w:p>
    <w:p w14:paraId="7FA3016F" w14:textId="77777777" w:rsidR="0083361A" w:rsidRDefault="0083361A" w:rsidP="002D5CF4">
      <w:pPr>
        <w:pStyle w:val="ListParagraph"/>
        <w:numPr>
          <w:ilvl w:val="2"/>
          <w:numId w:val="15"/>
        </w:numPr>
        <w:spacing w:after="0" w:line="278" w:lineRule="auto"/>
        <w:jc w:val="both"/>
      </w:pPr>
      <w:r>
        <w:t>One (1) tandem kayak</w:t>
      </w:r>
    </w:p>
    <w:p w14:paraId="2B7B066C" w14:textId="77777777" w:rsidR="0083361A" w:rsidRDefault="0083361A" w:rsidP="002D5CF4">
      <w:pPr>
        <w:pStyle w:val="ListParagraph"/>
        <w:numPr>
          <w:ilvl w:val="2"/>
          <w:numId w:val="15"/>
        </w:numPr>
        <w:spacing w:after="0" w:line="278" w:lineRule="auto"/>
        <w:jc w:val="both"/>
      </w:pPr>
      <w:r>
        <w:t>One (1) canoe</w:t>
      </w:r>
    </w:p>
    <w:p w14:paraId="29B223E5" w14:textId="77777777" w:rsidR="0083361A" w:rsidRDefault="0083361A" w:rsidP="002D5CF4">
      <w:pPr>
        <w:pStyle w:val="ListParagraph"/>
        <w:numPr>
          <w:ilvl w:val="2"/>
          <w:numId w:val="15"/>
        </w:numPr>
        <w:spacing w:after="0" w:line="278" w:lineRule="auto"/>
        <w:jc w:val="both"/>
      </w:pPr>
      <w:r>
        <w:t>Four (4) paddle boards</w:t>
      </w:r>
    </w:p>
    <w:p w14:paraId="0AF7684E" w14:textId="17591DC3" w:rsidR="0021333B" w:rsidRDefault="0083361A" w:rsidP="002D5CF4">
      <w:pPr>
        <w:pStyle w:val="ListParagraph"/>
        <w:numPr>
          <w:ilvl w:val="2"/>
          <w:numId w:val="15"/>
        </w:numPr>
        <w:spacing w:after="0" w:line="278" w:lineRule="auto"/>
        <w:jc w:val="both"/>
      </w:pPr>
      <w:r>
        <w:t>One (1) pedal boat</w:t>
      </w:r>
    </w:p>
    <w:p w14:paraId="7A698096" w14:textId="5D9C6C87" w:rsidR="005D329F" w:rsidRPr="000B43DE" w:rsidRDefault="000B43DE" w:rsidP="002D5CF4">
      <w:pPr>
        <w:pStyle w:val="ListParagraph"/>
        <w:numPr>
          <w:ilvl w:val="2"/>
          <w:numId w:val="15"/>
        </w:numPr>
        <w:spacing w:after="0" w:line="278" w:lineRule="auto"/>
        <w:jc w:val="both"/>
      </w:pPr>
      <w:r w:rsidRPr="000B43DE">
        <w:t xml:space="preserve">Fourteen </w:t>
      </w:r>
      <w:r w:rsidR="005D329F" w:rsidRPr="000B43DE">
        <w:t>(</w:t>
      </w:r>
      <w:r w:rsidRPr="000B43DE">
        <w:t>14</w:t>
      </w:r>
      <w:r w:rsidR="005D329F" w:rsidRPr="000B43DE">
        <w:t>) life jackets</w:t>
      </w:r>
    </w:p>
    <w:p w14:paraId="4023A758" w14:textId="3326365D" w:rsidR="005D329F" w:rsidRDefault="005D329F" w:rsidP="002D5CF4">
      <w:pPr>
        <w:pStyle w:val="ListParagraph"/>
        <w:numPr>
          <w:ilvl w:val="2"/>
          <w:numId w:val="15"/>
        </w:numPr>
        <w:spacing w:after="0" w:line="278" w:lineRule="auto"/>
        <w:jc w:val="both"/>
      </w:pPr>
      <w:r>
        <w:t>Four (4) kayak paddles</w:t>
      </w:r>
    </w:p>
    <w:p w14:paraId="13D9B63A" w14:textId="6A87CCF7" w:rsidR="005D329F" w:rsidRDefault="005D329F" w:rsidP="002D5CF4">
      <w:pPr>
        <w:pStyle w:val="ListParagraph"/>
        <w:numPr>
          <w:ilvl w:val="2"/>
          <w:numId w:val="15"/>
        </w:numPr>
        <w:spacing w:after="0" w:line="278" w:lineRule="auto"/>
        <w:jc w:val="both"/>
      </w:pPr>
      <w:r>
        <w:t>Two (2) canoe paddles</w:t>
      </w:r>
    </w:p>
    <w:p w14:paraId="02792BF7" w14:textId="78ADB5ED" w:rsidR="005D329F" w:rsidRDefault="005D329F" w:rsidP="002D5CF4">
      <w:pPr>
        <w:pStyle w:val="ListParagraph"/>
        <w:numPr>
          <w:ilvl w:val="2"/>
          <w:numId w:val="15"/>
        </w:numPr>
        <w:spacing w:after="0" w:line="278" w:lineRule="auto"/>
        <w:jc w:val="both"/>
      </w:pPr>
      <w:r>
        <w:t>Four (4) paddle board paddles</w:t>
      </w:r>
    </w:p>
    <w:p w14:paraId="380CBB77" w14:textId="675DD858" w:rsidR="005D329F" w:rsidRDefault="005D329F" w:rsidP="002D5CF4">
      <w:pPr>
        <w:pStyle w:val="ListParagraph"/>
        <w:numPr>
          <w:ilvl w:val="2"/>
          <w:numId w:val="15"/>
        </w:numPr>
        <w:spacing w:after="0" w:line="278" w:lineRule="auto"/>
        <w:jc w:val="both"/>
      </w:pPr>
      <w:r>
        <w:t>One (1) storage container for life jackets and paddles</w:t>
      </w:r>
    </w:p>
    <w:p w14:paraId="1F92D936" w14:textId="136AC3F3" w:rsidR="0021333B" w:rsidRDefault="0083361A" w:rsidP="002D5CF4">
      <w:pPr>
        <w:pStyle w:val="ListParagraph"/>
        <w:numPr>
          <w:ilvl w:val="1"/>
          <w:numId w:val="13"/>
        </w:numPr>
        <w:spacing w:after="0" w:line="278" w:lineRule="auto"/>
        <w:jc w:val="both"/>
      </w:pPr>
      <w:r>
        <w:t>Maintain equipment as needs arise</w:t>
      </w:r>
    </w:p>
    <w:p w14:paraId="72048BBE" w14:textId="77777777" w:rsidR="0083361A" w:rsidRDefault="0083361A" w:rsidP="002D5CF4">
      <w:pPr>
        <w:pStyle w:val="ListParagraph"/>
        <w:numPr>
          <w:ilvl w:val="1"/>
          <w:numId w:val="13"/>
        </w:numPr>
        <w:spacing w:after="0" w:line="278" w:lineRule="auto"/>
        <w:jc w:val="both"/>
      </w:pPr>
      <w:r>
        <w:t>Notify Kayak Wisconsin of equipment repair, use or damage</w:t>
      </w:r>
    </w:p>
    <w:p w14:paraId="072E92CC" w14:textId="170B2EC6" w:rsidR="00B15400" w:rsidRDefault="00B15400" w:rsidP="002D5CF4">
      <w:pPr>
        <w:pStyle w:val="ListParagraph"/>
        <w:numPr>
          <w:ilvl w:val="1"/>
          <w:numId w:val="13"/>
        </w:numPr>
        <w:spacing w:after="0" w:line="278" w:lineRule="auto"/>
        <w:jc w:val="both"/>
      </w:pPr>
      <w:r>
        <w:t>Accept cash and check payments at the Sauk County Parks + Recreation office</w:t>
      </w:r>
      <w:r w:rsidR="00791AFD">
        <w:t xml:space="preserve"> if renters do not have access to the Kayak Wisconsin booking platform</w:t>
      </w:r>
    </w:p>
    <w:p w14:paraId="6C60B83E" w14:textId="77777777" w:rsidR="000B43DE" w:rsidRDefault="000B43DE" w:rsidP="000B43DE">
      <w:pPr>
        <w:pStyle w:val="ListParagraph"/>
        <w:spacing w:after="0" w:line="278" w:lineRule="auto"/>
        <w:ind w:left="792"/>
        <w:jc w:val="both"/>
      </w:pPr>
    </w:p>
    <w:p w14:paraId="73078E1C" w14:textId="0F9F0482" w:rsidR="000B43DE" w:rsidRDefault="000B43DE" w:rsidP="000B43DE">
      <w:pPr>
        <w:pStyle w:val="ListParagraph"/>
        <w:numPr>
          <w:ilvl w:val="0"/>
          <w:numId w:val="13"/>
        </w:numPr>
        <w:spacing w:after="0" w:line="278" w:lineRule="auto"/>
        <w:jc w:val="both"/>
      </w:pPr>
      <w:r w:rsidRPr="005430BF">
        <w:rPr>
          <w:b/>
          <w:bCs/>
          <w:color w:val="4F81BD"/>
        </w:rPr>
        <w:t>FEES.</w:t>
      </w:r>
      <w:r w:rsidRPr="005430BF">
        <w:rPr>
          <w:color w:val="4F81BD"/>
        </w:rPr>
        <w:t xml:space="preserve"> </w:t>
      </w:r>
      <w:r>
        <w:t xml:space="preserve">The County will be responsible for </w:t>
      </w:r>
      <w:r w:rsidR="005430BF">
        <w:t xml:space="preserve">establishing fees for equipment rental. </w:t>
      </w:r>
    </w:p>
    <w:p w14:paraId="779B70F5" w14:textId="77777777" w:rsidR="002039EF" w:rsidRDefault="002039EF" w:rsidP="005D329F">
      <w:pPr>
        <w:spacing w:after="0" w:line="278" w:lineRule="auto"/>
        <w:jc w:val="both"/>
      </w:pPr>
    </w:p>
    <w:p w14:paraId="2BB60246" w14:textId="3B37C5EC" w:rsidR="002039EF" w:rsidRPr="002039EF" w:rsidRDefault="002039EF" w:rsidP="002D5CF4">
      <w:pPr>
        <w:pStyle w:val="ListParagraph"/>
        <w:numPr>
          <w:ilvl w:val="0"/>
          <w:numId w:val="13"/>
        </w:numPr>
        <w:spacing w:after="0" w:line="278" w:lineRule="auto"/>
        <w:jc w:val="both"/>
        <w:rPr>
          <w:b/>
          <w:bCs/>
          <w:color w:val="4F81BD"/>
        </w:rPr>
      </w:pPr>
      <w:r>
        <w:rPr>
          <w:b/>
          <w:bCs/>
          <w:color w:val="4F81BD"/>
        </w:rPr>
        <w:t xml:space="preserve">DAMAGES. </w:t>
      </w:r>
      <w:r>
        <w:t xml:space="preserve">The County will be responsible for any costs to repair or replace lost or damaged equipment as stated </w:t>
      </w:r>
      <w:r w:rsidRPr="005D329F">
        <w:t xml:space="preserve">in Section </w:t>
      </w:r>
      <w:r w:rsidR="005D329F" w:rsidRPr="005D329F">
        <w:t>6.1</w:t>
      </w:r>
      <w:r w:rsidR="005D329F">
        <w:t>.</w:t>
      </w:r>
    </w:p>
    <w:p w14:paraId="0EB8A705" w14:textId="77777777" w:rsidR="002039EF" w:rsidRDefault="002039EF" w:rsidP="002D5CF4">
      <w:pPr>
        <w:pStyle w:val="ListParagraph"/>
        <w:spacing w:after="0" w:line="278" w:lineRule="auto"/>
        <w:ind w:left="360"/>
        <w:jc w:val="both"/>
        <w:rPr>
          <w:b/>
          <w:bCs/>
          <w:color w:val="4F81BD"/>
        </w:rPr>
      </w:pPr>
    </w:p>
    <w:p w14:paraId="657743A4" w14:textId="164197FD" w:rsidR="002D5CF4" w:rsidRPr="002D5CF4" w:rsidRDefault="002039EF" w:rsidP="002D5CF4">
      <w:pPr>
        <w:pStyle w:val="ListParagraph"/>
        <w:numPr>
          <w:ilvl w:val="0"/>
          <w:numId w:val="13"/>
        </w:numPr>
        <w:spacing w:after="0" w:line="278" w:lineRule="auto"/>
        <w:jc w:val="both"/>
        <w:rPr>
          <w:b/>
          <w:bCs/>
          <w:color w:val="4F81BD"/>
        </w:rPr>
      </w:pPr>
      <w:r>
        <w:rPr>
          <w:b/>
          <w:bCs/>
          <w:color w:val="4F81BD"/>
        </w:rPr>
        <w:t xml:space="preserve">RENTAL AGREEMENT. </w:t>
      </w:r>
      <w:r>
        <w:t>The following language will be incorporated into any agreement used for rental</w:t>
      </w:r>
      <w:r w:rsidR="00EE1C59">
        <w:t xml:space="preserve"> of equipment stated in Section 3.1.</w:t>
      </w:r>
    </w:p>
    <w:p w14:paraId="4814EA8F" w14:textId="77777777" w:rsidR="002D5CF4" w:rsidRPr="00EE1C59" w:rsidRDefault="002D5CF4" w:rsidP="002D5CF4">
      <w:pPr>
        <w:pStyle w:val="ListParagraph"/>
        <w:spacing w:after="0" w:line="278" w:lineRule="auto"/>
        <w:ind w:left="360"/>
        <w:jc w:val="both"/>
        <w:rPr>
          <w:b/>
          <w:bCs/>
          <w:color w:val="4F81BD"/>
        </w:rPr>
      </w:pPr>
    </w:p>
    <w:p w14:paraId="400D169B" w14:textId="77777777" w:rsidR="00EE1C59" w:rsidRPr="00791AFD" w:rsidRDefault="00EE1C59" w:rsidP="002D5CF4">
      <w:pPr>
        <w:pStyle w:val="ListParagraph"/>
        <w:numPr>
          <w:ilvl w:val="1"/>
          <w:numId w:val="13"/>
        </w:numPr>
        <w:spacing w:after="0" w:line="278" w:lineRule="auto"/>
        <w:jc w:val="both"/>
        <w:rPr>
          <w:b/>
          <w:bCs/>
          <w:i/>
          <w:iCs/>
          <w:color w:val="4F81BD"/>
        </w:rPr>
      </w:pPr>
      <w:r w:rsidRPr="00791AFD">
        <w:rPr>
          <w:i/>
          <w:iCs/>
        </w:rPr>
        <w:t xml:space="preserve">The Renter agrees to keep all equipment in the same condition as received and agrees to </w:t>
      </w:r>
      <w:proofErr w:type="gramStart"/>
      <w:r w:rsidRPr="00791AFD">
        <w:rPr>
          <w:i/>
          <w:iCs/>
        </w:rPr>
        <w:t>pay</w:t>
      </w:r>
      <w:proofErr w:type="gramEnd"/>
      <w:r w:rsidRPr="00791AFD">
        <w:rPr>
          <w:i/>
          <w:iCs/>
        </w:rPr>
        <w:t xml:space="preserve"> any costs incurred by Sauk County to repair or replace lost or damaged equipment.</w:t>
      </w:r>
    </w:p>
    <w:p w14:paraId="110EC161" w14:textId="23636E64" w:rsidR="00EE1C59" w:rsidRPr="00791AFD" w:rsidRDefault="00EE1C59" w:rsidP="002D5CF4">
      <w:pPr>
        <w:pStyle w:val="ListParagraph"/>
        <w:numPr>
          <w:ilvl w:val="1"/>
          <w:numId w:val="13"/>
        </w:numPr>
        <w:spacing w:after="0" w:line="278" w:lineRule="auto"/>
        <w:jc w:val="both"/>
        <w:rPr>
          <w:b/>
          <w:bCs/>
          <w:i/>
          <w:iCs/>
          <w:color w:val="4F81BD"/>
        </w:rPr>
      </w:pPr>
      <w:r w:rsidRPr="00791AFD">
        <w:rPr>
          <w:i/>
          <w:iCs/>
        </w:rPr>
        <w:t xml:space="preserve">The Renter agrees to pay all costs, expenses and attorney fees incurred by Sauk County </w:t>
      </w:r>
      <w:proofErr w:type="gramStart"/>
      <w:r w:rsidRPr="00791AFD">
        <w:rPr>
          <w:i/>
          <w:iCs/>
        </w:rPr>
        <w:t>in</w:t>
      </w:r>
      <w:proofErr w:type="gramEnd"/>
      <w:r w:rsidRPr="00791AFD">
        <w:rPr>
          <w:i/>
          <w:iCs/>
        </w:rPr>
        <w:t xml:space="preserve"> collecting sum due, or in regaining possession of, a piece of equipment by Renter.</w:t>
      </w:r>
    </w:p>
    <w:p w14:paraId="1A37F6CE" w14:textId="58BA051D" w:rsidR="002039EF" w:rsidRPr="00791AFD" w:rsidRDefault="00EE1C59" w:rsidP="002D5CF4">
      <w:pPr>
        <w:pStyle w:val="ListParagraph"/>
        <w:numPr>
          <w:ilvl w:val="1"/>
          <w:numId w:val="13"/>
        </w:numPr>
        <w:spacing w:after="0" w:line="278" w:lineRule="auto"/>
        <w:jc w:val="both"/>
        <w:rPr>
          <w:b/>
          <w:bCs/>
          <w:i/>
          <w:iCs/>
          <w:color w:val="4F81BD"/>
        </w:rPr>
      </w:pPr>
      <w:r w:rsidRPr="00791AFD">
        <w:rPr>
          <w:i/>
          <w:iCs/>
        </w:rPr>
        <w:t>The Renter understands and agrees that no subleasing of the equipment is allowed under this Agreement.</w:t>
      </w:r>
      <w:r w:rsidR="002039EF" w:rsidRPr="00791AFD">
        <w:rPr>
          <w:i/>
          <w:iCs/>
        </w:rPr>
        <w:t xml:space="preserve"> </w:t>
      </w:r>
    </w:p>
    <w:p w14:paraId="047DAC47" w14:textId="77777777" w:rsidR="00EE1C59" w:rsidRPr="00791AFD" w:rsidRDefault="00EE1C59" w:rsidP="002D5CF4">
      <w:pPr>
        <w:pStyle w:val="ListParagraph"/>
        <w:numPr>
          <w:ilvl w:val="1"/>
          <w:numId w:val="13"/>
        </w:numPr>
        <w:spacing w:after="0" w:line="278" w:lineRule="auto"/>
        <w:jc w:val="both"/>
        <w:rPr>
          <w:i/>
          <w:iCs/>
        </w:rPr>
      </w:pPr>
      <w:r w:rsidRPr="00791AFD">
        <w:rPr>
          <w:i/>
          <w:iCs/>
        </w:rPr>
        <w:t>There are significant risks in any adventure, sport or activity associated with water activities. I / WE ACKNOWLEDGE THAT THIS ACTIVITY MAY ENTAIL RISKS OF INJURY OR DEATH.</w:t>
      </w:r>
    </w:p>
    <w:p w14:paraId="76E15DEA" w14:textId="77777777" w:rsidR="00EE1C59" w:rsidRPr="00791AFD" w:rsidRDefault="00EE1C59" w:rsidP="002D5CF4">
      <w:pPr>
        <w:pStyle w:val="ListParagraph"/>
        <w:numPr>
          <w:ilvl w:val="1"/>
          <w:numId w:val="13"/>
        </w:numPr>
        <w:spacing w:after="0" w:line="278" w:lineRule="auto"/>
        <w:jc w:val="both"/>
        <w:rPr>
          <w:i/>
          <w:iCs/>
        </w:rPr>
      </w:pPr>
      <w:r w:rsidRPr="00791AFD">
        <w:rPr>
          <w:i/>
          <w:iCs/>
        </w:rPr>
        <w:t>The Renter agrees and acknowledges that Wisconsin Law limits Sauk County's liability in this or any activity on Sauk County property. The Renter also agrees that Sauk County shall have NO LIABILITY OF ANY NATURE FOR ANY AND ALL DAMAGE TO ME AND OTHER PERSONS OR PROPERTY AND AGREES TO IMDEMNIFY SAUK COUNTY TO THE FULLEST EXTENT ALLOWED BY LAW.</w:t>
      </w:r>
    </w:p>
    <w:p w14:paraId="71588544" w14:textId="224D0668" w:rsidR="002039EF" w:rsidRDefault="00EE1C59" w:rsidP="008A589C">
      <w:pPr>
        <w:pStyle w:val="ListParagraph"/>
        <w:numPr>
          <w:ilvl w:val="1"/>
          <w:numId w:val="13"/>
        </w:numPr>
        <w:spacing w:after="0" w:line="278" w:lineRule="auto"/>
        <w:jc w:val="both"/>
        <w:rPr>
          <w:i/>
          <w:iCs/>
        </w:rPr>
      </w:pPr>
      <w:r w:rsidRPr="00791AFD">
        <w:rPr>
          <w:i/>
          <w:iCs/>
        </w:rPr>
        <w:t>The Renter agrees that this agreement is entered into voluntarily and the Renter agrees that they have had the chance to negotiate the terms of this agreement, including rejecting the terms and not participating in the activity.</w:t>
      </w:r>
    </w:p>
    <w:p w14:paraId="38DFF802" w14:textId="77777777" w:rsidR="005D329F" w:rsidRPr="008A589C" w:rsidRDefault="005D329F" w:rsidP="005D329F">
      <w:pPr>
        <w:pStyle w:val="ListParagraph"/>
        <w:spacing w:after="0" w:line="278" w:lineRule="auto"/>
        <w:ind w:left="792"/>
        <w:jc w:val="both"/>
        <w:rPr>
          <w:i/>
          <w:iCs/>
        </w:rPr>
      </w:pPr>
    </w:p>
    <w:p w14:paraId="3A8AFCCA" w14:textId="11C805A7" w:rsidR="005D329F" w:rsidRDefault="005D329F" w:rsidP="005D329F">
      <w:pPr>
        <w:pStyle w:val="ListParagraph"/>
        <w:numPr>
          <w:ilvl w:val="0"/>
          <w:numId w:val="13"/>
        </w:numPr>
        <w:spacing w:after="0" w:line="278" w:lineRule="auto"/>
        <w:jc w:val="both"/>
      </w:pPr>
      <w:r w:rsidRPr="002D5CF4">
        <w:rPr>
          <w:b/>
          <w:bCs/>
          <w:color w:val="4F81BD"/>
        </w:rPr>
        <w:lastRenderedPageBreak/>
        <w:t>APPLICABLE LAW.</w:t>
      </w:r>
      <w:r w:rsidRPr="002D5CF4">
        <w:rPr>
          <w:color w:val="4F81BD"/>
        </w:rPr>
        <w:t xml:space="preserve"> </w:t>
      </w:r>
      <w:r w:rsidRPr="002D5CF4">
        <w:t xml:space="preserve">This Agreement is subject to all applicable laws and regulations and shall be construed and governed by the rules and laws of the State of Wisconsin. </w:t>
      </w:r>
    </w:p>
    <w:p w14:paraId="1FB79A95" w14:textId="77777777" w:rsidR="00663320" w:rsidRDefault="00663320" w:rsidP="00663320">
      <w:pPr>
        <w:pStyle w:val="ListParagraph"/>
        <w:spacing w:after="0" w:line="278" w:lineRule="auto"/>
        <w:ind w:left="360"/>
        <w:jc w:val="both"/>
      </w:pPr>
    </w:p>
    <w:p w14:paraId="0110B62A" w14:textId="77777777" w:rsidR="005D329F" w:rsidRDefault="005D329F" w:rsidP="005D329F">
      <w:pPr>
        <w:pStyle w:val="ListParagraph"/>
        <w:numPr>
          <w:ilvl w:val="0"/>
          <w:numId w:val="13"/>
        </w:numPr>
        <w:spacing w:after="0" w:line="278" w:lineRule="auto"/>
        <w:jc w:val="both"/>
      </w:pPr>
      <w:r>
        <w:rPr>
          <w:b/>
          <w:bCs/>
          <w:color w:val="4F81BD"/>
        </w:rPr>
        <w:t>ASSIGNMENT:</w:t>
      </w:r>
      <w:r>
        <w:t xml:space="preserve"> Kayak Wisconsin must not assign, subcontract or otherwise transfer this Agreement except with the express written approval of the County. </w:t>
      </w:r>
    </w:p>
    <w:p w14:paraId="51473BD4" w14:textId="77777777" w:rsidR="002D5CF4" w:rsidRPr="002039EF" w:rsidRDefault="002D5CF4" w:rsidP="002D5CF4">
      <w:pPr>
        <w:pStyle w:val="ListParagraph"/>
        <w:spacing w:after="0" w:line="278" w:lineRule="auto"/>
        <w:ind w:left="360"/>
        <w:jc w:val="both"/>
        <w:rPr>
          <w:b/>
          <w:bCs/>
          <w:color w:val="4F81BD"/>
        </w:rPr>
      </w:pPr>
    </w:p>
    <w:p w14:paraId="3B0375AB" w14:textId="77777777" w:rsidR="005D329F" w:rsidRPr="005D329F" w:rsidRDefault="005D329F" w:rsidP="005D329F">
      <w:pPr>
        <w:pStyle w:val="ListParagraph"/>
        <w:numPr>
          <w:ilvl w:val="0"/>
          <w:numId w:val="13"/>
        </w:numPr>
        <w:spacing w:after="0" w:line="278" w:lineRule="auto"/>
        <w:jc w:val="both"/>
        <w:rPr>
          <w:b/>
          <w:bCs/>
          <w:color w:val="4F81BD"/>
        </w:rPr>
      </w:pPr>
      <w:r w:rsidRPr="002D5CF4">
        <w:rPr>
          <w:b/>
          <w:bCs/>
          <w:color w:val="4F81BD"/>
        </w:rPr>
        <w:t>CO</w:t>
      </w:r>
      <w:r>
        <w:rPr>
          <w:b/>
          <w:bCs/>
          <w:color w:val="4F81BD"/>
        </w:rPr>
        <w:t>NDUCT</w:t>
      </w:r>
      <w:r w:rsidRPr="002D5CF4">
        <w:rPr>
          <w:b/>
          <w:bCs/>
          <w:color w:val="4F81BD"/>
        </w:rPr>
        <w:t xml:space="preserve">. </w:t>
      </w:r>
      <w:r>
        <w:t>Kayak Wisconsin and the County agrees that its agents, employees and representatives must conduct themselves in a decent, orderly and business-like manner always while performing under this Agreement.</w:t>
      </w:r>
    </w:p>
    <w:p w14:paraId="0CF24F24" w14:textId="77777777" w:rsidR="002D5CF4" w:rsidRPr="002D5CF4" w:rsidRDefault="002D5CF4" w:rsidP="002D5CF4">
      <w:pPr>
        <w:pStyle w:val="ListParagraph"/>
        <w:rPr>
          <w:b/>
          <w:bCs/>
          <w:color w:val="4F81BD"/>
        </w:rPr>
      </w:pPr>
    </w:p>
    <w:p w14:paraId="3BDF9F62" w14:textId="76152B17" w:rsidR="002D5CF4" w:rsidRPr="005D329F" w:rsidRDefault="002D5CF4" w:rsidP="002D5CF4">
      <w:pPr>
        <w:pStyle w:val="ListParagraph"/>
        <w:numPr>
          <w:ilvl w:val="0"/>
          <w:numId w:val="13"/>
        </w:numPr>
        <w:spacing w:after="0" w:line="278" w:lineRule="auto"/>
        <w:jc w:val="both"/>
        <w:rPr>
          <w:b/>
          <w:bCs/>
          <w:color w:val="4F81BD"/>
        </w:rPr>
      </w:pPr>
      <w:r>
        <w:rPr>
          <w:b/>
          <w:bCs/>
          <w:color w:val="4F81BD"/>
        </w:rPr>
        <w:t xml:space="preserve">INDEPENDENT ORGANIZATION. </w:t>
      </w:r>
      <w:r w:rsidRPr="002D5CF4">
        <w:t xml:space="preserve">Kayak Wisconsin is an independent organization and not an agent or employee of the County. This Agreement does not create an employment or agency relationship between the County and Kayak Wisconsin, any employees or agents of the County, or any third parties. </w:t>
      </w:r>
    </w:p>
    <w:p w14:paraId="1C0A4A55" w14:textId="77777777" w:rsidR="005D329F" w:rsidRPr="005D329F" w:rsidRDefault="005D329F" w:rsidP="005D329F">
      <w:pPr>
        <w:pStyle w:val="ListParagraph"/>
        <w:rPr>
          <w:b/>
          <w:bCs/>
          <w:color w:val="4F81BD"/>
        </w:rPr>
      </w:pPr>
    </w:p>
    <w:p w14:paraId="140490EB" w14:textId="77777777" w:rsidR="005D329F" w:rsidRDefault="005D329F" w:rsidP="005D329F">
      <w:pPr>
        <w:pStyle w:val="ListParagraph"/>
        <w:numPr>
          <w:ilvl w:val="0"/>
          <w:numId w:val="13"/>
        </w:numPr>
        <w:spacing w:after="0" w:line="278" w:lineRule="auto"/>
        <w:jc w:val="both"/>
      </w:pPr>
      <w:r>
        <w:rPr>
          <w:b/>
          <w:bCs/>
          <w:color w:val="0070C0"/>
        </w:rPr>
        <w:t>INSURANCE</w:t>
      </w:r>
      <w:r w:rsidRPr="0021333B">
        <w:rPr>
          <w:b/>
          <w:bCs/>
          <w:color w:val="0070C0"/>
        </w:rPr>
        <w:t>.</w:t>
      </w:r>
      <w:r w:rsidRPr="0021333B">
        <w:rPr>
          <w:color w:val="0070C0"/>
        </w:rPr>
        <w:t xml:space="preserve"> </w:t>
      </w:r>
      <w:r>
        <w:t>The County will maintain liability insurance coverage for customer use of equipment.</w:t>
      </w:r>
    </w:p>
    <w:p w14:paraId="0E3852AD" w14:textId="77777777" w:rsidR="005D329F" w:rsidRDefault="005D329F" w:rsidP="005D329F">
      <w:pPr>
        <w:spacing w:after="0" w:line="278" w:lineRule="auto"/>
        <w:jc w:val="both"/>
      </w:pPr>
    </w:p>
    <w:p w14:paraId="21C87F61" w14:textId="77777777" w:rsidR="005D329F" w:rsidRDefault="005D329F" w:rsidP="005D329F">
      <w:pPr>
        <w:pStyle w:val="ListParagraph"/>
        <w:numPr>
          <w:ilvl w:val="1"/>
          <w:numId w:val="13"/>
        </w:numPr>
        <w:spacing w:after="0" w:line="278" w:lineRule="auto"/>
        <w:jc w:val="both"/>
      </w:pPr>
      <w:r>
        <w:t>Kayak Wisconsin shall, at its sole cost and expense, maintain workers’ compensation insurance in the amounts and limits required by all applicable statutes, rules, and regulations.</w:t>
      </w:r>
    </w:p>
    <w:p w14:paraId="23CB7F7C" w14:textId="77777777" w:rsidR="005D329F" w:rsidRDefault="005D329F" w:rsidP="005D329F">
      <w:pPr>
        <w:pStyle w:val="ListParagraph"/>
        <w:numPr>
          <w:ilvl w:val="1"/>
          <w:numId w:val="13"/>
        </w:numPr>
        <w:spacing w:after="0" w:line="278" w:lineRule="auto"/>
        <w:jc w:val="both"/>
      </w:pPr>
      <w:r>
        <w:t>Kayak Wisconsin shall, at its sole cost and expense, maintain in full force and effect throughout the term of this Agreement, a commercial general liability insurance policy written on an occurrence basis, with limits of not less than One Million Dollars ($1,000,000) per occurrence for bodily injury and property damage.</w:t>
      </w:r>
    </w:p>
    <w:p w14:paraId="56948DA1" w14:textId="09D3B082" w:rsidR="005D329F" w:rsidRPr="005D329F" w:rsidRDefault="005D329F" w:rsidP="005D329F">
      <w:pPr>
        <w:pStyle w:val="ListParagraph"/>
        <w:numPr>
          <w:ilvl w:val="1"/>
          <w:numId w:val="13"/>
        </w:numPr>
        <w:spacing w:after="0" w:line="278" w:lineRule="auto"/>
        <w:jc w:val="both"/>
      </w:pPr>
      <w:r>
        <w:t>Kayak Wisconsin must annually provide the County with acceptable certificates of insurance, from a corporation licensed in the State of Wisconsin to provide insurance, before May 1 of each year.</w:t>
      </w:r>
    </w:p>
    <w:p w14:paraId="57F2F26E" w14:textId="77777777" w:rsidR="002D5CF4" w:rsidRPr="002D5CF4" w:rsidRDefault="002D5CF4" w:rsidP="002D5CF4">
      <w:pPr>
        <w:pStyle w:val="ListParagraph"/>
        <w:spacing w:after="0" w:line="278" w:lineRule="auto"/>
        <w:ind w:left="360"/>
        <w:jc w:val="both"/>
        <w:rPr>
          <w:b/>
          <w:bCs/>
          <w:color w:val="4F81BD"/>
        </w:rPr>
      </w:pPr>
    </w:p>
    <w:p w14:paraId="1293D714" w14:textId="5FED2306" w:rsidR="002D5CF4" w:rsidRPr="008A589C" w:rsidRDefault="002D5CF4" w:rsidP="002D5CF4">
      <w:pPr>
        <w:pStyle w:val="ListParagraph"/>
        <w:numPr>
          <w:ilvl w:val="0"/>
          <w:numId w:val="13"/>
        </w:numPr>
        <w:spacing w:after="0" w:line="278" w:lineRule="auto"/>
        <w:jc w:val="both"/>
        <w:rPr>
          <w:b/>
          <w:bCs/>
          <w:color w:val="4F81BD"/>
        </w:rPr>
      </w:pPr>
      <w:r>
        <w:rPr>
          <w:b/>
          <w:bCs/>
          <w:color w:val="4F81BD"/>
        </w:rPr>
        <w:t xml:space="preserve">NOTICES. </w:t>
      </w:r>
      <w:r>
        <w:t>Any notice required to be made in writing or any filing required to be made with any party of this Agreement must be sent to the following addresses:</w:t>
      </w:r>
    </w:p>
    <w:p w14:paraId="6614304A" w14:textId="77777777" w:rsidR="008A589C" w:rsidRPr="008A589C" w:rsidRDefault="008A589C" w:rsidP="008A589C">
      <w:pPr>
        <w:spacing w:after="0" w:line="278" w:lineRule="auto"/>
        <w:jc w:val="both"/>
        <w:rPr>
          <w:b/>
          <w:bCs/>
          <w:color w:val="4F81BD"/>
        </w:rPr>
      </w:pPr>
    </w:p>
    <w:p w14:paraId="7EE0BAF4" w14:textId="33AF8105" w:rsidR="002D5CF4" w:rsidRPr="002D5CF4" w:rsidRDefault="002D5CF4" w:rsidP="002D5CF4">
      <w:pPr>
        <w:pStyle w:val="ListParagraph"/>
        <w:numPr>
          <w:ilvl w:val="1"/>
          <w:numId w:val="13"/>
        </w:numPr>
        <w:spacing w:after="0" w:line="278" w:lineRule="auto"/>
        <w:jc w:val="both"/>
      </w:pPr>
      <w:r w:rsidRPr="002D5CF4">
        <w:t>Sauk County: S7995 White Mound Drive, Hillpoint, WI 53937</w:t>
      </w:r>
    </w:p>
    <w:p w14:paraId="5A6576C9" w14:textId="3A927838" w:rsidR="005D329F" w:rsidRPr="008B2685" w:rsidRDefault="002D5CF4" w:rsidP="005D329F">
      <w:pPr>
        <w:pStyle w:val="ListParagraph"/>
        <w:numPr>
          <w:ilvl w:val="1"/>
          <w:numId w:val="13"/>
        </w:numPr>
        <w:spacing w:after="0" w:line="278" w:lineRule="auto"/>
        <w:jc w:val="both"/>
      </w:pPr>
      <w:r w:rsidRPr="008B2685">
        <w:t>Kayak Wisconsin:</w:t>
      </w:r>
      <w:r w:rsidR="000B43DE" w:rsidRPr="008B2685">
        <w:t xml:space="preserve"> </w:t>
      </w:r>
      <w:r w:rsidR="008B2685" w:rsidRPr="008B2685">
        <w:t>710 Johnson Street, Pulaski, WI 54162</w:t>
      </w:r>
    </w:p>
    <w:p w14:paraId="12E3688F" w14:textId="77777777" w:rsidR="005D329F" w:rsidRDefault="005D329F" w:rsidP="005D329F">
      <w:pPr>
        <w:pStyle w:val="ListParagraph"/>
        <w:spacing w:after="0" w:line="278" w:lineRule="auto"/>
        <w:ind w:left="792"/>
        <w:jc w:val="both"/>
        <w:rPr>
          <w:highlight w:val="yellow"/>
        </w:rPr>
      </w:pPr>
    </w:p>
    <w:p w14:paraId="51B04C79" w14:textId="77777777" w:rsidR="005D329F" w:rsidRDefault="005D329F" w:rsidP="005D329F">
      <w:pPr>
        <w:pStyle w:val="ListParagraph"/>
        <w:numPr>
          <w:ilvl w:val="0"/>
          <w:numId w:val="13"/>
        </w:numPr>
        <w:spacing w:after="0" w:line="278" w:lineRule="auto"/>
        <w:jc w:val="both"/>
      </w:pPr>
      <w:r w:rsidRPr="0021333B">
        <w:rPr>
          <w:b/>
          <w:bCs/>
          <w:color w:val="0070C0"/>
        </w:rPr>
        <w:t>TERMINATION.</w:t>
      </w:r>
      <w:r w:rsidRPr="0021333B">
        <w:rPr>
          <w:color w:val="0070C0"/>
        </w:rPr>
        <w:t xml:space="preserve"> </w:t>
      </w:r>
      <w:r>
        <w:t xml:space="preserve">This Agreement may be terminated by either party within forty-five (45) days written notice. </w:t>
      </w:r>
    </w:p>
    <w:p w14:paraId="73728C1B" w14:textId="77777777" w:rsidR="005D329F" w:rsidRDefault="005D329F" w:rsidP="005D329F">
      <w:pPr>
        <w:pStyle w:val="ListParagraph"/>
        <w:spacing w:after="0" w:line="278" w:lineRule="auto"/>
        <w:ind w:left="360"/>
        <w:jc w:val="both"/>
      </w:pPr>
    </w:p>
    <w:p w14:paraId="0C75D2F6" w14:textId="77777777" w:rsidR="005D329F" w:rsidRDefault="005D329F" w:rsidP="005D329F">
      <w:pPr>
        <w:pStyle w:val="ListParagraph"/>
        <w:numPr>
          <w:ilvl w:val="1"/>
          <w:numId w:val="13"/>
        </w:numPr>
        <w:spacing w:after="0" w:line="278" w:lineRule="auto"/>
        <w:jc w:val="both"/>
      </w:pPr>
      <w:r>
        <w:t>Upon termination, 50% of all revenue collected by Kayak Wisconsin will be remitted to the County within thirty (30) days written notice of termination.</w:t>
      </w:r>
    </w:p>
    <w:p w14:paraId="3611532A" w14:textId="4EC58BCB" w:rsidR="005D329F" w:rsidRPr="005D329F" w:rsidRDefault="005D329F" w:rsidP="005D329F">
      <w:pPr>
        <w:pStyle w:val="ListParagraph"/>
        <w:numPr>
          <w:ilvl w:val="1"/>
          <w:numId w:val="13"/>
        </w:numPr>
        <w:spacing w:after="0" w:line="278" w:lineRule="auto"/>
        <w:jc w:val="both"/>
      </w:pPr>
      <w:r w:rsidRPr="008A1E6A">
        <w:t xml:space="preserve">Upon termination, Kayak Wisconsin will purchase the </w:t>
      </w:r>
      <w:r w:rsidR="00961492">
        <w:t>ten</w:t>
      </w:r>
      <w:r w:rsidRPr="008A1E6A">
        <w:t xml:space="preserve"> (</w:t>
      </w:r>
      <w:r w:rsidR="00961492">
        <w:t>10</w:t>
      </w:r>
      <w:r w:rsidRPr="008A1E6A">
        <w:t xml:space="preserve">) </w:t>
      </w:r>
      <w:proofErr w:type="spellStart"/>
      <w:r w:rsidRPr="008A1E6A">
        <w:t>Masterlocks</w:t>
      </w:r>
      <w:proofErr w:type="spellEnd"/>
      <w:r w:rsidRPr="008A1E6A">
        <w:t xml:space="preserve">, stated </w:t>
      </w:r>
      <w:r w:rsidRPr="005D329F">
        <w:t>in Section 5.1,</w:t>
      </w:r>
      <w:r w:rsidRPr="008A1E6A">
        <w:t xml:space="preserve"> from the County for $200 per lock.</w:t>
      </w:r>
    </w:p>
    <w:p w14:paraId="1A3B7FAF" w14:textId="77777777" w:rsidR="005D329F" w:rsidRPr="005D329F" w:rsidRDefault="005D329F" w:rsidP="005D329F">
      <w:pPr>
        <w:pStyle w:val="ListParagraph"/>
        <w:spacing w:after="0" w:line="278" w:lineRule="auto"/>
        <w:ind w:left="792"/>
        <w:jc w:val="both"/>
        <w:rPr>
          <w:highlight w:val="yellow"/>
        </w:rPr>
      </w:pPr>
    </w:p>
    <w:p w14:paraId="74B838BC" w14:textId="08556E65" w:rsidR="005D329F" w:rsidRPr="005D329F" w:rsidRDefault="005D329F" w:rsidP="005D329F">
      <w:pPr>
        <w:pStyle w:val="ListParagraph"/>
        <w:numPr>
          <w:ilvl w:val="0"/>
          <w:numId w:val="13"/>
        </w:numPr>
        <w:spacing w:after="0" w:line="278" w:lineRule="auto"/>
        <w:jc w:val="both"/>
        <w:rPr>
          <w:b/>
          <w:bCs/>
          <w:color w:val="4F81BD"/>
        </w:rPr>
      </w:pPr>
      <w:r w:rsidRPr="002039EF">
        <w:rPr>
          <w:b/>
          <w:bCs/>
          <w:color w:val="4F81BD"/>
        </w:rPr>
        <w:t xml:space="preserve">INDEMNIFICATION. </w:t>
      </w:r>
      <w:r w:rsidRPr="008A1E6A">
        <w:t xml:space="preserve">Kayak Wisconsin agrees to save, hold harmless, defend and indemnify the County and all its officers, employees and agents, against any and all liability claims, costs of whatever kind and nature, for injury to or death of any person or persons, and for loss or damage to any property, County, State or other, </w:t>
      </w:r>
      <w:r w:rsidRPr="008A1E6A">
        <w:lastRenderedPageBreak/>
        <w:t>occurring in connection with or in any way incident to or arising out of the occupancy, use, service, operation or performance of the work in connection with this Agreement.</w:t>
      </w:r>
    </w:p>
    <w:p w14:paraId="78E9DB46" w14:textId="77777777" w:rsidR="0021333B" w:rsidRDefault="0021333B" w:rsidP="002D5CF4">
      <w:pPr>
        <w:spacing w:after="0" w:line="278" w:lineRule="auto"/>
        <w:jc w:val="both"/>
      </w:pPr>
    </w:p>
    <w:p w14:paraId="1C042EF9" w14:textId="49C990FA" w:rsidR="0021333B" w:rsidRDefault="0083361A" w:rsidP="002D5CF4">
      <w:pPr>
        <w:pStyle w:val="ListParagraph"/>
        <w:numPr>
          <w:ilvl w:val="0"/>
          <w:numId w:val="13"/>
        </w:numPr>
        <w:spacing w:after="0" w:line="278" w:lineRule="auto"/>
        <w:jc w:val="both"/>
      </w:pPr>
      <w:r w:rsidRPr="0021333B">
        <w:rPr>
          <w:b/>
          <w:bCs/>
          <w:color w:val="0070C0"/>
        </w:rPr>
        <w:t>ENTIRE AGREEMENT.</w:t>
      </w:r>
      <w:r w:rsidRPr="0021333B">
        <w:t xml:space="preserve"> </w:t>
      </w:r>
      <w:r>
        <w:t>This Agreement constitutes the entire understanding between the parties. Any amendments must be in writing and signed by both parties.</w:t>
      </w:r>
    </w:p>
    <w:p w14:paraId="09730143" w14:textId="77777777" w:rsidR="0021333B" w:rsidRDefault="0021333B" w:rsidP="002D5CF4">
      <w:pPr>
        <w:pStyle w:val="ListParagraph"/>
        <w:spacing w:after="0" w:line="278" w:lineRule="auto"/>
        <w:ind w:left="360"/>
        <w:jc w:val="both"/>
      </w:pPr>
    </w:p>
    <w:p w14:paraId="76302644" w14:textId="10365000" w:rsidR="0021333B" w:rsidRDefault="0083361A" w:rsidP="002D5CF4">
      <w:pPr>
        <w:pStyle w:val="ListParagraph"/>
        <w:numPr>
          <w:ilvl w:val="0"/>
          <w:numId w:val="13"/>
        </w:numPr>
        <w:spacing w:after="0" w:line="278" w:lineRule="auto"/>
        <w:jc w:val="both"/>
      </w:pPr>
      <w:r w:rsidRPr="0021333B">
        <w:rPr>
          <w:b/>
          <w:bCs/>
          <w:color w:val="0070C0"/>
        </w:rPr>
        <w:t>IN WITNESS WHEREOF,</w:t>
      </w:r>
      <w:r w:rsidRPr="0021333B">
        <w:rPr>
          <w:color w:val="0070C0"/>
        </w:rPr>
        <w:t xml:space="preserve"> </w:t>
      </w:r>
      <w:r>
        <w:t>the parties hereto have executed this Agreement as of the day and year first written above.</w:t>
      </w:r>
    </w:p>
    <w:p w14:paraId="4FEE35DA" w14:textId="77777777" w:rsidR="008A589C" w:rsidRDefault="008A589C" w:rsidP="008A589C">
      <w:pPr>
        <w:pStyle w:val="ListParagrap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5"/>
        <w:gridCol w:w="763"/>
        <w:gridCol w:w="3462"/>
      </w:tblGrid>
      <w:tr w:rsidR="008A589C" w14:paraId="05C35988" w14:textId="77777777" w:rsidTr="008A589C">
        <w:tc>
          <w:tcPr>
            <w:tcW w:w="6205" w:type="dxa"/>
            <w:tcBorders>
              <w:bottom w:val="single" w:sz="4" w:space="0" w:color="auto"/>
            </w:tcBorders>
          </w:tcPr>
          <w:p w14:paraId="6A627876" w14:textId="77777777" w:rsidR="008A589C" w:rsidRPr="008A589C" w:rsidRDefault="008A589C" w:rsidP="008A589C">
            <w:pPr>
              <w:pStyle w:val="ListParagraph"/>
              <w:spacing w:line="278" w:lineRule="auto"/>
              <w:ind w:left="0"/>
              <w:jc w:val="both"/>
              <w:rPr>
                <w:b/>
                <w:bCs/>
              </w:rPr>
            </w:pPr>
            <w:r w:rsidRPr="008A589C">
              <w:rPr>
                <w:b/>
                <w:bCs/>
              </w:rPr>
              <w:t>KAYAK WISCONSIN</w:t>
            </w:r>
          </w:p>
          <w:p w14:paraId="42DE28D1" w14:textId="77777777" w:rsidR="008A589C" w:rsidRDefault="008A589C" w:rsidP="008A589C">
            <w:pPr>
              <w:pStyle w:val="ListParagraph"/>
              <w:spacing w:line="278" w:lineRule="auto"/>
              <w:ind w:left="0"/>
              <w:jc w:val="both"/>
            </w:pPr>
          </w:p>
          <w:p w14:paraId="719EFF00" w14:textId="168A04BC" w:rsidR="008A589C" w:rsidRDefault="008A589C" w:rsidP="008A589C">
            <w:pPr>
              <w:pStyle w:val="ListParagraph"/>
              <w:spacing w:line="278" w:lineRule="auto"/>
              <w:ind w:left="0"/>
              <w:jc w:val="both"/>
            </w:pPr>
          </w:p>
        </w:tc>
        <w:tc>
          <w:tcPr>
            <w:tcW w:w="763" w:type="dxa"/>
          </w:tcPr>
          <w:p w14:paraId="7BA985E7" w14:textId="77777777" w:rsidR="008A589C" w:rsidRDefault="008A589C" w:rsidP="008A589C">
            <w:pPr>
              <w:pStyle w:val="ListParagraph"/>
              <w:spacing w:line="278" w:lineRule="auto"/>
              <w:ind w:left="0"/>
              <w:jc w:val="both"/>
            </w:pPr>
          </w:p>
        </w:tc>
        <w:tc>
          <w:tcPr>
            <w:tcW w:w="3462" w:type="dxa"/>
            <w:tcBorders>
              <w:bottom w:val="single" w:sz="4" w:space="0" w:color="auto"/>
            </w:tcBorders>
          </w:tcPr>
          <w:p w14:paraId="3182E621" w14:textId="77777777" w:rsidR="008A589C" w:rsidRDefault="008A589C" w:rsidP="008A589C">
            <w:pPr>
              <w:pStyle w:val="ListParagraph"/>
              <w:spacing w:line="278" w:lineRule="auto"/>
              <w:ind w:left="0"/>
              <w:jc w:val="both"/>
            </w:pPr>
          </w:p>
        </w:tc>
      </w:tr>
      <w:tr w:rsidR="008A589C" w14:paraId="57F1934D" w14:textId="77777777" w:rsidTr="008A589C">
        <w:tc>
          <w:tcPr>
            <w:tcW w:w="6205" w:type="dxa"/>
            <w:tcBorders>
              <w:top w:val="single" w:sz="4" w:space="0" w:color="auto"/>
              <w:bottom w:val="single" w:sz="4" w:space="0" w:color="auto"/>
            </w:tcBorders>
          </w:tcPr>
          <w:p w14:paraId="7FA6B322" w14:textId="77777777" w:rsidR="008A589C" w:rsidRDefault="008A589C" w:rsidP="008A589C">
            <w:pPr>
              <w:pStyle w:val="ListParagraph"/>
              <w:spacing w:line="278" w:lineRule="auto"/>
              <w:ind w:left="0"/>
              <w:jc w:val="both"/>
            </w:pPr>
            <w:r>
              <w:t>Signature</w:t>
            </w:r>
          </w:p>
          <w:p w14:paraId="75F2E2EC" w14:textId="77777777" w:rsidR="008A589C" w:rsidRDefault="008A589C" w:rsidP="008A589C">
            <w:pPr>
              <w:pStyle w:val="ListParagraph"/>
              <w:spacing w:line="278" w:lineRule="auto"/>
              <w:ind w:left="0"/>
              <w:jc w:val="both"/>
            </w:pPr>
          </w:p>
          <w:p w14:paraId="324E6C35" w14:textId="14022738" w:rsidR="008A589C" w:rsidRDefault="008A589C" w:rsidP="008A589C">
            <w:pPr>
              <w:pStyle w:val="ListParagraph"/>
              <w:spacing w:line="278" w:lineRule="auto"/>
              <w:ind w:left="0"/>
              <w:jc w:val="both"/>
            </w:pPr>
          </w:p>
        </w:tc>
        <w:tc>
          <w:tcPr>
            <w:tcW w:w="763" w:type="dxa"/>
          </w:tcPr>
          <w:p w14:paraId="0599F0C5" w14:textId="77777777" w:rsidR="008A589C" w:rsidRDefault="008A589C" w:rsidP="008A589C">
            <w:pPr>
              <w:pStyle w:val="ListParagraph"/>
              <w:spacing w:line="278" w:lineRule="auto"/>
              <w:ind w:left="0"/>
              <w:jc w:val="both"/>
            </w:pPr>
          </w:p>
        </w:tc>
        <w:tc>
          <w:tcPr>
            <w:tcW w:w="3462" w:type="dxa"/>
            <w:tcBorders>
              <w:top w:val="single" w:sz="4" w:space="0" w:color="auto"/>
            </w:tcBorders>
          </w:tcPr>
          <w:p w14:paraId="7DB65BED" w14:textId="31A747C4" w:rsidR="008A589C" w:rsidRDefault="008A589C" w:rsidP="008A589C">
            <w:pPr>
              <w:pStyle w:val="ListParagraph"/>
              <w:spacing w:line="278" w:lineRule="auto"/>
              <w:ind w:left="0"/>
              <w:jc w:val="both"/>
            </w:pPr>
            <w:r>
              <w:t>Date</w:t>
            </w:r>
          </w:p>
        </w:tc>
      </w:tr>
      <w:tr w:rsidR="008A589C" w14:paraId="6A3DDBC3" w14:textId="77777777" w:rsidTr="008A589C">
        <w:tc>
          <w:tcPr>
            <w:tcW w:w="6205" w:type="dxa"/>
            <w:tcBorders>
              <w:top w:val="single" w:sz="4" w:space="0" w:color="auto"/>
              <w:bottom w:val="single" w:sz="4" w:space="0" w:color="auto"/>
            </w:tcBorders>
          </w:tcPr>
          <w:p w14:paraId="77424937" w14:textId="77777777" w:rsidR="008A589C" w:rsidRDefault="008A589C" w:rsidP="008A589C">
            <w:pPr>
              <w:pStyle w:val="ListParagraph"/>
              <w:spacing w:line="278" w:lineRule="auto"/>
              <w:ind w:left="0"/>
              <w:jc w:val="both"/>
            </w:pPr>
            <w:r>
              <w:t>Printed Name</w:t>
            </w:r>
          </w:p>
          <w:p w14:paraId="21BF0188" w14:textId="77777777" w:rsidR="008A589C" w:rsidRDefault="008A589C" w:rsidP="008A589C">
            <w:pPr>
              <w:pStyle w:val="ListParagraph"/>
              <w:spacing w:line="278" w:lineRule="auto"/>
              <w:ind w:left="0"/>
              <w:jc w:val="both"/>
            </w:pPr>
          </w:p>
          <w:p w14:paraId="69ACC2B8" w14:textId="2FAD680B" w:rsidR="008A589C" w:rsidRDefault="008A589C" w:rsidP="008A589C">
            <w:pPr>
              <w:pStyle w:val="ListParagraph"/>
              <w:spacing w:line="278" w:lineRule="auto"/>
              <w:ind w:left="0"/>
              <w:jc w:val="both"/>
            </w:pPr>
          </w:p>
        </w:tc>
        <w:tc>
          <w:tcPr>
            <w:tcW w:w="763" w:type="dxa"/>
          </w:tcPr>
          <w:p w14:paraId="23B6ED34" w14:textId="77777777" w:rsidR="008A589C" w:rsidRDefault="008A589C" w:rsidP="008A589C">
            <w:pPr>
              <w:pStyle w:val="ListParagraph"/>
              <w:spacing w:line="278" w:lineRule="auto"/>
              <w:ind w:left="0"/>
              <w:jc w:val="both"/>
            </w:pPr>
          </w:p>
        </w:tc>
        <w:tc>
          <w:tcPr>
            <w:tcW w:w="3462" w:type="dxa"/>
          </w:tcPr>
          <w:p w14:paraId="3BB6ADFF" w14:textId="781C34D2" w:rsidR="008A589C" w:rsidRDefault="008A589C" w:rsidP="008A589C">
            <w:pPr>
              <w:pStyle w:val="ListParagraph"/>
              <w:spacing w:line="278" w:lineRule="auto"/>
              <w:ind w:left="0"/>
              <w:jc w:val="both"/>
            </w:pPr>
          </w:p>
        </w:tc>
      </w:tr>
      <w:tr w:rsidR="008A589C" w14:paraId="65160CC5" w14:textId="77777777" w:rsidTr="008A589C">
        <w:tc>
          <w:tcPr>
            <w:tcW w:w="6205" w:type="dxa"/>
            <w:tcBorders>
              <w:top w:val="single" w:sz="4" w:space="0" w:color="auto"/>
            </w:tcBorders>
          </w:tcPr>
          <w:p w14:paraId="2412F7EB" w14:textId="77777777" w:rsidR="008A589C" w:rsidRDefault="008A589C" w:rsidP="008A589C">
            <w:pPr>
              <w:pStyle w:val="ListParagraph"/>
              <w:spacing w:line="278" w:lineRule="auto"/>
              <w:ind w:left="0"/>
              <w:jc w:val="both"/>
            </w:pPr>
            <w:r>
              <w:t>Title</w:t>
            </w:r>
          </w:p>
          <w:p w14:paraId="36B54ECE" w14:textId="77777777" w:rsidR="008A589C" w:rsidRDefault="008A589C" w:rsidP="008A589C">
            <w:pPr>
              <w:pStyle w:val="ListParagraph"/>
              <w:spacing w:line="278" w:lineRule="auto"/>
              <w:ind w:left="0"/>
              <w:jc w:val="both"/>
            </w:pPr>
          </w:p>
          <w:p w14:paraId="6224B6A8" w14:textId="31525A8B" w:rsidR="008A589C" w:rsidRDefault="008A589C" w:rsidP="008A589C">
            <w:pPr>
              <w:pStyle w:val="ListParagraph"/>
              <w:spacing w:line="278" w:lineRule="auto"/>
              <w:ind w:left="0"/>
              <w:jc w:val="both"/>
            </w:pPr>
          </w:p>
        </w:tc>
        <w:tc>
          <w:tcPr>
            <w:tcW w:w="763" w:type="dxa"/>
          </w:tcPr>
          <w:p w14:paraId="35803DAC" w14:textId="77777777" w:rsidR="008A589C" w:rsidRDefault="008A589C" w:rsidP="008A589C">
            <w:pPr>
              <w:pStyle w:val="ListParagraph"/>
              <w:spacing w:line="278" w:lineRule="auto"/>
              <w:ind w:left="0"/>
              <w:jc w:val="both"/>
            </w:pPr>
          </w:p>
        </w:tc>
        <w:tc>
          <w:tcPr>
            <w:tcW w:w="3462" w:type="dxa"/>
          </w:tcPr>
          <w:p w14:paraId="13CAC5E1" w14:textId="77777777" w:rsidR="008A589C" w:rsidRDefault="008A589C" w:rsidP="008A589C">
            <w:pPr>
              <w:pStyle w:val="ListParagraph"/>
              <w:spacing w:line="278" w:lineRule="auto"/>
              <w:ind w:left="0"/>
              <w:jc w:val="both"/>
            </w:pPr>
          </w:p>
        </w:tc>
      </w:tr>
      <w:tr w:rsidR="008A589C" w14:paraId="02FB4527" w14:textId="77777777" w:rsidTr="008A589C">
        <w:tc>
          <w:tcPr>
            <w:tcW w:w="6205" w:type="dxa"/>
            <w:tcBorders>
              <w:bottom w:val="single" w:sz="4" w:space="0" w:color="auto"/>
            </w:tcBorders>
          </w:tcPr>
          <w:p w14:paraId="753DD790" w14:textId="77777777" w:rsidR="008A589C" w:rsidRPr="008A589C" w:rsidRDefault="008A589C" w:rsidP="008A589C">
            <w:pPr>
              <w:pStyle w:val="ListParagraph"/>
              <w:spacing w:line="278" w:lineRule="auto"/>
              <w:ind w:left="0"/>
              <w:jc w:val="both"/>
              <w:rPr>
                <w:b/>
                <w:bCs/>
              </w:rPr>
            </w:pPr>
            <w:r w:rsidRPr="008A589C">
              <w:rPr>
                <w:b/>
                <w:bCs/>
              </w:rPr>
              <w:t xml:space="preserve">SAUK COUNTY </w:t>
            </w:r>
          </w:p>
          <w:p w14:paraId="3783C62E" w14:textId="77777777" w:rsidR="008A589C" w:rsidRDefault="008A589C" w:rsidP="008A589C">
            <w:pPr>
              <w:pStyle w:val="ListParagraph"/>
              <w:spacing w:line="278" w:lineRule="auto"/>
              <w:ind w:left="0"/>
              <w:jc w:val="both"/>
            </w:pPr>
          </w:p>
          <w:p w14:paraId="19F4DF13" w14:textId="3F684729" w:rsidR="008A589C" w:rsidRDefault="008A589C" w:rsidP="008A589C">
            <w:pPr>
              <w:pStyle w:val="ListParagraph"/>
              <w:spacing w:line="278" w:lineRule="auto"/>
              <w:ind w:left="0"/>
              <w:jc w:val="both"/>
            </w:pPr>
          </w:p>
        </w:tc>
        <w:tc>
          <w:tcPr>
            <w:tcW w:w="763" w:type="dxa"/>
          </w:tcPr>
          <w:p w14:paraId="621E98E4" w14:textId="77777777" w:rsidR="008A589C" w:rsidRDefault="008A589C" w:rsidP="008A589C">
            <w:pPr>
              <w:pStyle w:val="ListParagraph"/>
              <w:spacing w:line="278" w:lineRule="auto"/>
              <w:ind w:left="0"/>
              <w:jc w:val="both"/>
            </w:pPr>
          </w:p>
        </w:tc>
        <w:tc>
          <w:tcPr>
            <w:tcW w:w="3462" w:type="dxa"/>
            <w:tcBorders>
              <w:bottom w:val="single" w:sz="4" w:space="0" w:color="auto"/>
            </w:tcBorders>
          </w:tcPr>
          <w:p w14:paraId="4ADC5D7C" w14:textId="77777777" w:rsidR="008A589C" w:rsidRDefault="008A589C" w:rsidP="008A589C">
            <w:pPr>
              <w:pStyle w:val="ListParagraph"/>
              <w:spacing w:line="278" w:lineRule="auto"/>
              <w:ind w:left="0"/>
              <w:jc w:val="both"/>
            </w:pPr>
          </w:p>
        </w:tc>
      </w:tr>
      <w:tr w:rsidR="008A589C" w14:paraId="71738480" w14:textId="77777777" w:rsidTr="008A589C">
        <w:tc>
          <w:tcPr>
            <w:tcW w:w="6205" w:type="dxa"/>
            <w:tcBorders>
              <w:top w:val="single" w:sz="4" w:space="0" w:color="auto"/>
              <w:bottom w:val="single" w:sz="4" w:space="0" w:color="auto"/>
            </w:tcBorders>
          </w:tcPr>
          <w:p w14:paraId="30021A12" w14:textId="77777777" w:rsidR="008A589C" w:rsidRDefault="008A589C" w:rsidP="008A589C">
            <w:pPr>
              <w:pStyle w:val="ListParagraph"/>
              <w:spacing w:line="278" w:lineRule="auto"/>
              <w:ind w:left="0"/>
              <w:jc w:val="both"/>
            </w:pPr>
            <w:r>
              <w:t xml:space="preserve">Signature </w:t>
            </w:r>
          </w:p>
          <w:p w14:paraId="61E631FB" w14:textId="77777777" w:rsidR="008A589C" w:rsidRDefault="008A589C" w:rsidP="008A589C">
            <w:pPr>
              <w:pStyle w:val="ListParagraph"/>
              <w:spacing w:line="278" w:lineRule="auto"/>
              <w:ind w:left="0"/>
              <w:jc w:val="both"/>
            </w:pPr>
          </w:p>
          <w:p w14:paraId="7C989A3E" w14:textId="6CCF851B" w:rsidR="008A589C" w:rsidRDefault="008A589C" w:rsidP="008A589C">
            <w:pPr>
              <w:pStyle w:val="ListParagraph"/>
              <w:spacing w:line="278" w:lineRule="auto"/>
              <w:ind w:left="0"/>
              <w:jc w:val="both"/>
            </w:pPr>
          </w:p>
        </w:tc>
        <w:tc>
          <w:tcPr>
            <w:tcW w:w="763" w:type="dxa"/>
          </w:tcPr>
          <w:p w14:paraId="05623BC2" w14:textId="77777777" w:rsidR="008A589C" w:rsidRDefault="008A589C" w:rsidP="008A589C">
            <w:pPr>
              <w:pStyle w:val="ListParagraph"/>
              <w:spacing w:line="278" w:lineRule="auto"/>
              <w:ind w:left="0"/>
              <w:jc w:val="both"/>
            </w:pPr>
          </w:p>
        </w:tc>
        <w:tc>
          <w:tcPr>
            <w:tcW w:w="3462" w:type="dxa"/>
            <w:tcBorders>
              <w:top w:val="single" w:sz="4" w:space="0" w:color="auto"/>
            </w:tcBorders>
          </w:tcPr>
          <w:p w14:paraId="249B3601" w14:textId="03B78A42" w:rsidR="008A589C" w:rsidRDefault="008A589C" w:rsidP="008A589C">
            <w:pPr>
              <w:pStyle w:val="ListParagraph"/>
              <w:spacing w:line="278" w:lineRule="auto"/>
              <w:ind w:left="0"/>
              <w:jc w:val="both"/>
            </w:pPr>
            <w:r>
              <w:t>Date</w:t>
            </w:r>
          </w:p>
        </w:tc>
      </w:tr>
      <w:tr w:rsidR="008A589C" w14:paraId="432C583F" w14:textId="77777777" w:rsidTr="008A589C">
        <w:tc>
          <w:tcPr>
            <w:tcW w:w="6205" w:type="dxa"/>
            <w:tcBorders>
              <w:top w:val="single" w:sz="4" w:space="0" w:color="auto"/>
              <w:bottom w:val="single" w:sz="4" w:space="0" w:color="auto"/>
            </w:tcBorders>
          </w:tcPr>
          <w:p w14:paraId="59EDA0BA" w14:textId="77777777" w:rsidR="008A589C" w:rsidRDefault="008A589C" w:rsidP="008A589C">
            <w:pPr>
              <w:pStyle w:val="ListParagraph"/>
              <w:spacing w:line="278" w:lineRule="auto"/>
              <w:ind w:left="0"/>
              <w:jc w:val="both"/>
            </w:pPr>
            <w:r>
              <w:t>Printed Name</w:t>
            </w:r>
          </w:p>
          <w:p w14:paraId="73603127" w14:textId="77777777" w:rsidR="008A589C" w:rsidRDefault="008A589C" w:rsidP="008A589C">
            <w:pPr>
              <w:pStyle w:val="ListParagraph"/>
              <w:spacing w:line="278" w:lineRule="auto"/>
              <w:ind w:left="0"/>
              <w:jc w:val="both"/>
            </w:pPr>
          </w:p>
          <w:p w14:paraId="4778808F" w14:textId="0A44B2A1" w:rsidR="008A589C" w:rsidRDefault="008A589C" w:rsidP="008A589C">
            <w:pPr>
              <w:pStyle w:val="ListParagraph"/>
              <w:spacing w:line="278" w:lineRule="auto"/>
              <w:ind w:left="0"/>
              <w:jc w:val="both"/>
            </w:pPr>
          </w:p>
        </w:tc>
        <w:tc>
          <w:tcPr>
            <w:tcW w:w="763" w:type="dxa"/>
          </w:tcPr>
          <w:p w14:paraId="74E8B62D" w14:textId="77777777" w:rsidR="008A589C" w:rsidRDefault="008A589C" w:rsidP="008A589C">
            <w:pPr>
              <w:pStyle w:val="ListParagraph"/>
              <w:spacing w:line="278" w:lineRule="auto"/>
              <w:ind w:left="0"/>
              <w:jc w:val="both"/>
            </w:pPr>
          </w:p>
        </w:tc>
        <w:tc>
          <w:tcPr>
            <w:tcW w:w="3462" w:type="dxa"/>
          </w:tcPr>
          <w:p w14:paraId="1EA1E073" w14:textId="77777777" w:rsidR="008A589C" w:rsidRDefault="008A589C" w:rsidP="008A589C">
            <w:pPr>
              <w:pStyle w:val="ListParagraph"/>
              <w:spacing w:line="278" w:lineRule="auto"/>
              <w:ind w:left="0"/>
              <w:jc w:val="both"/>
            </w:pPr>
          </w:p>
        </w:tc>
      </w:tr>
      <w:tr w:rsidR="008A589C" w14:paraId="41E0CB83" w14:textId="77777777" w:rsidTr="008A589C">
        <w:tc>
          <w:tcPr>
            <w:tcW w:w="6205" w:type="dxa"/>
            <w:tcBorders>
              <w:top w:val="single" w:sz="4" w:space="0" w:color="auto"/>
            </w:tcBorders>
          </w:tcPr>
          <w:p w14:paraId="07691E0C" w14:textId="6697C417" w:rsidR="008A589C" w:rsidRDefault="008A589C" w:rsidP="008A589C">
            <w:pPr>
              <w:pStyle w:val="ListParagraph"/>
              <w:spacing w:line="278" w:lineRule="auto"/>
              <w:ind w:left="0"/>
              <w:jc w:val="both"/>
            </w:pPr>
            <w:r>
              <w:t>Title</w:t>
            </w:r>
          </w:p>
        </w:tc>
        <w:tc>
          <w:tcPr>
            <w:tcW w:w="763" w:type="dxa"/>
          </w:tcPr>
          <w:p w14:paraId="66B26CF4" w14:textId="77777777" w:rsidR="008A589C" w:rsidRDefault="008A589C" w:rsidP="008A589C">
            <w:pPr>
              <w:pStyle w:val="ListParagraph"/>
              <w:spacing w:line="278" w:lineRule="auto"/>
              <w:ind w:left="0"/>
              <w:jc w:val="both"/>
            </w:pPr>
          </w:p>
        </w:tc>
        <w:tc>
          <w:tcPr>
            <w:tcW w:w="3462" w:type="dxa"/>
          </w:tcPr>
          <w:p w14:paraId="660AA820" w14:textId="77777777" w:rsidR="008A589C" w:rsidRDefault="008A589C" w:rsidP="008A589C">
            <w:pPr>
              <w:pStyle w:val="ListParagraph"/>
              <w:spacing w:line="278" w:lineRule="auto"/>
              <w:ind w:left="0"/>
              <w:jc w:val="both"/>
            </w:pPr>
          </w:p>
        </w:tc>
      </w:tr>
    </w:tbl>
    <w:p w14:paraId="5F553AC4" w14:textId="77777777" w:rsidR="0083361A" w:rsidRDefault="0083361A" w:rsidP="00A549DA"/>
    <w:sectPr w:rsidR="0083361A">
      <w:headerReference w:type="default"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C2325" w14:textId="77777777" w:rsidR="005742B9" w:rsidRDefault="005742B9">
      <w:pPr>
        <w:spacing w:after="0" w:line="240" w:lineRule="auto"/>
      </w:pPr>
      <w:r>
        <w:separator/>
      </w:r>
    </w:p>
  </w:endnote>
  <w:endnote w:type="continuationSeparator" w:id="0">
    <w:p w14:paraId="675D8AEA" w14:textId="77777777" w:rsidR="005742B9" w:rsidRDefault="00574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280423B-E2E3-4FD5-A1C5-8AF5C7A9F514}"/>
    <w:embedBold r:id="rId2" w:fontKey="{FC19BCFC-CC1F-400B-AE9D-C6D5E4C9C066}"/>
    <w:embedItalic r:id="rId3" w:fontKey="{AD78CE3C-CD7D-4EF2-B076-5FEC46AF5A59}"/>
    <w:embedBoldItalic r:id="rId4" w:fontKey="{4D6E7FAE-CA84-4264-9F9C-2C2B035B069D}"/>
  </w:font>
  <w:font w:name="Calibri">
    <w:panose1 w:val="020F0502020204030204"/>
    <w:charset w:val="00"/>
    <w:family w:val="swiss"/>
    <w:pitch w:val="variable"/>
    <w:sig w:usb0="E4002EFF" w:usb1="C200247B" w:usb2="00000009" w:usb3="00000000" w:csb0="000001FF" w:csb1="00000000"/>
    <w:embedRegular r:id="rId5" w:fontKey="{1882E175-1830-4152-8546-CB7DF2607EAE}"/>
    <w:embedBold r:id="rId6" w:fontKey="{5B4D1325-A2B3-4FAD-82A6-0FB02E83F20C}"/>
    <w:embedItalic r:id="rId7" w:fontKey="{7DC50DC5-126C-422C-BD55-A7CC211D054E}"/>
    <w:embedBoldItalic r:id="rId8" w:fontKey="{3FE9B5BC-0745-40E5-9564-0320EE724B67}"/>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6A9B" w14:textId="77777777" w:rsidR="00F939BE" w:rsidRDefault="0078255D">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A178A">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A178A">
      <w:rPr>
        <w:b/>
        <w:bCs/>
        <w:noProof/>
        <w:color w:val="000000"/>
        <w:sz w:val="24"/>
        <w:szCs w:val="24"/>
      </w:rPr>
      <w:t>2</w:t>
    </w:r>
    <w:r>
      <w:rPr>
        <w:b/>
        <w:bCs/>
        <w:color w:val="000000"/>
        <w:sz w:val="24"/>
        <w:szCs w:val="24"/>
      </w:rPr>
      <w:fldChar w:fldCharType="end"/>
    </w:r>
  </w:p>
  <w:p w14:paraId="14938AE9" w14:textId="77777777" w:rsidR="00F939BE" w:rsidRDefault="00F939B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1FEBF" w14:textId="77777777" w:rsidR="005742B9" w:rsidRDefault="005742B9">
      <w:pPr>
        <w:spacing w:after="0" w:line="240" w:lineRule="auto"/>
      </w:pPr>
      <w:r>
        <w:separator/>
      </w:r>
    </w:p>
  </w:footnote>
  <w:footnote w:type="continuationSeparator" w:id="0">
    <w:p w14:paraId="2E796254" w14:textId="77777777" w:rsidR="005742B9" w:rsidRDefault="00574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CF4B2" w14:textId="77777777" w:rsidR="00F939BE" w:rsidRDefault="0078255D">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24F7DC01" wp14:editId="53BFDC3E">
          <wp:extent cx="3149294" cy="1066352"/>
          <wp:effectExtent l="0" t="0" r="0" b="0"/>
          <wp:docPr id="1970317047" name="image1.png" descr="Orange and 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Orange and blue text on a black background&#10;&#10;AI-generated content may be incorrect."/>
                  <pic:cNvPicPr preferRelativeResize="0"/>
                </pic:nvPicPr>
                <pic:blipFill>
                  <a:blip r:embed="rId1"/>
                  <a:srcRect/>
                  <a:stretch>
                    <a:fillRect/>
                  </a:stretch>
                </pic:blipFill>
                <pic:spPr>
                  <a:xfrm>
                    <a:off x="0" y="0"/>
                    <a:ext cx="3149294" cy="1066352"/>
                  </a:xfrm>
                  <a:prstGeom prst="rect">
                    <a:avLst/>
                  </a:prstGeom>
                  <a:ln/>
                </pic:spPr>
              </pic:pic>
            </a:graphicData>
          </a:graphic>
        </wp:inline>
      </w:drawing>
    </w:r>
  </w:p>
  <w:p w14:paraId="2C5BF221" w14:textId="77777777" w:rsidR="005D329F" w:rsidRDefault="005D329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F5883"/>
    <w:multiLevelType w:val="multilevel"/>
    <w:tmpl w:val="C8B6A35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AF4AB0"/>
    <w:multiLevelType w:val="hybridMultilevel"/>
    <w:tmpl w:val="0F02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44663"/>
    <w:multiLevelType w:val="hybridMultilevel"/>
    <w:tmpl w:val="046C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77DCF"/>
    <w:multiLevelType w:val="multilevel"/>
    <w:tmpl w:val="67A00492"/>
    <w:lvl w:ilvl="0">
      <w:start w:val="1"/>
      <w:numFmt w:val="decimal"/>
      <w:lvlText w:val="%1."/>
      <w:lvlJc w:val="left"/>
      <w:pPr>
        <w:ind w:left="360" w:hanging="360"/>
      </w:pPr>
      <w:rPr>
        <w:rFonts w:hint="default"/>
        <w:b/>
        <w:bCs/>
        <w:color w:val="0070C0"/>
      </w:rPr>
    </w:lvl>
    <w:lvl w:ilvl="1">
      <w:start w:val="1"/>
      <w:numFmt w:val="decimal"/>
      <w:suff w:val="space"/>
      <w:lvlText w:val="%1.%2."/>
      <w:lvlJc w:val="left"/>
      <w:pPr>
        <w:ind w:left="792" w:hanging="432"/>
      </w:pPr>
      <w:rPr>
        <w:rFonts w:hint="default"/>
        <w:b w:val="0"/>
        <w:bCs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9382CB4"/>
    <w:multiLevelType w:val="multilevel"/>
    <w:tmpl w:val="2766C38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FF10A8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75D38DB"/>
    <w:multiLevelType w:val="multilevel"/>
    <w:tmpl w:val="2766C38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9815003"/>
    <w:multiLevelType w:val="hybridMultilevel"/>
    <w:tmpl w:val="92429A9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79B4975"/>
    <w:multiLevelType w:val="hybridMultilevel"/>
    <w:tmpl w:val="85988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D07990"/>
    <w:multiLevelType w:val="hybridMultilevel"/>
    <w:tmpl w:val="9BD242F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6873074">
    <w:abstractNumId w:val="0"/>
  </w:num>
  <w:num w:numId="2" w16cid:durableId="13328348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94809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98195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34373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64447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4969481">
    <w:abstractNumId w:val="2"/>
  </w:num>
  <w:num w:numId="8" w16cid:durableId="1605964517">
    <w:abstractNumId w:val="1"/>
  </w:num>
  <w:num w:numId="9" w16cid:durableId="1308165892">
    <w:abstractNumId w:val="5"/>
  </w:num>
  <w:num w:numId="10" w16cid:durableId="1790473113">
    <w:abstractNumId w:val="8"/>
  </w:num>
  <w:num w:numId="11" w16cid:durableId="1381368830">
    <w:abstractNumId w:val="7"/>
  </w:num>
  <w:num w:numId="12" w16cid:durableId="1311444827">
    <w:abstractNumId w:val="9"/>
  </w:num>
  <w:num w:numId="13" w16cid:durableId="1331058551">
    <w:abstractNumId w:val="3"/>
  </w:num>
  <w:num w:numId="14" w16cid:durableId="1093670042">
    <w:abstractNumId w:val="4"/>
  </w:num>
  <w:num w:numId="15" w16cid:durableId="21102732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9BE"/>
    <w:rsid w:val="000B43DE"/>
    <w:rsid w:val="002039EF"/>
    <w:rsid w:val="0021333B"/>
    <w:rsid w:val="002D5CF4"/>
    <w:rsid w:val="00362358"/>
    <w:rsid w:val="003E0D72"/>
    <w:rsid w:val="004A178A"/>
    <w:rsid w:val="00506B40"/>
    <w:rsid w:val="005430BF"/>
    <w:rsid w:val="005742B9"/>
    <w:rsid w:val="005D329F"/>
    <w:rsid w:val="00663320"/>
    <w:rsid w:val="00684E41"/>
    <w:rsid w:val="006E51CD"/>
    <w:rsid w:val="0078255D"/>
    <w:rsid w:val="00791AFD"/>
    <w:rsid w:val="0083361A"/>
    <w:rsid w:val="00853DA9"/>
    <w:rsid w:val="00862E65"/>
    <w:rsid w:val="008A1E6A"/>
    <w:rsid w:val="008A589C"/>
    <w:rsid w:val="008B2685"/>
    <w:rsid w:val="00953644"/>
    <w:rsid w:val="00961492"/>
    <w:rsid w:val="00A549DA"/>
    <w:rsid w:val="00B15400"/>
    <w:rsid w:val="00BD6D51"/>
    <w:rsid w:val="00EE1C59"/>
    <w:rsid w:val="00F04AC1"/>
    <w:rsid w:val="00F93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D4AFE"/>
  <w15:docId w15:val="{8CCC685E-0CAA-4CE4-81A8-31B7309A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character" w:styleId="CommentReference">
    <w:name w:val="annotation reference"/>
    <w:basedOn w:val="DefaultParagraphFont"/>
    <w:uiPriority w:val="99"/>
    <w:semiHidden/>
    <w:unhideWhenUsed/>
    <w:rsid w:val="00853DA9"/>
    <w:rPr>
      <w:sz w:val="16"/>
      <w:szCs w:val="16"/>
    </w:rPr>
  </w:style>
  <w:style w:type="paragraph" w:styleId="CommentText">
    <w:name w:val="annotation text"/>
    <w:basedOn w:val="Normal"/>
    <w:link w:val="CommentTextChar"/>
    <w:uiPriority w:val="99"/>
    <w:unhideWhenUsed/>
    <w:rsid w:val="00853DA9"/>
    <w:pPr>
      <w:spacing w:line="240" w:lineRule="auto"/>
    </w:pPr>
    <w:rPr>
      <w:sz w:val="20"/>
      <w:szCs w:val="20"/>
    </w:rPr>
  </w:style>
  <w:style w:type="character" w:customStyle="1" w:styleId="CommentTextChar">
    <w:name w:val="Comment Text Char"/>
    <w:basedOn w:val="DefaultParagraphFont"/>
    <w:link w:val="CommentText"/>
    <w:uiPriority w:val="99"/>
    <w:rsid w:val="00853DA9"/>
    <w:rPr>
      <w:sz w:val="20"/>
      <w:szCs w:val="20"/>
    </w:rPr>
  </w:style>
  <w:style w:type="paragraph" w:styleId="CommentSubject">
    <w:name w:val="annotation subject"/>
    <w:basedOn w:val="CommentText"/>
    <w:next w:val="CommentText"/>
    <w:link w:val="CommentSubjectChar"/>
    <w:uiPriority w:val="99"/>
    <w:semiHidden/>
    <w:unhideWhenUsed/>
    <w:rsid w:val="00853DA9"/>
    <w:rPr>
      <w:b/>
      <w:bCs/>
    </w:rPr>
  </w:style>
  <w:style w:type="character" w:customStyle="1" w:styleId="CommentSubjectChar">
    <w:name w:val="Comment Subject Char"/>
    <w:basedOn w:val="CommentTextChar"/>
    <w:link w:val="CommentSubject"/>
    <w:uiPriority w:val="99"/>
    <w:semiHidden/>
    <w:rsid w:val="00853D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eedxglfbRV+zTuG9vdFUS3ssg==">CgMxLjA4AHIhMXVTWHpQSFViOURscUhURVk5Yjk4dnE4RWM4SUlvNUhh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4</Pages>
  <Words>1173</Words>
  <Characters>6140</Characters>
  <Application>Microsoft Office Word</Application>
  <DocSecurity>0</DocSecurity>
  <Lines>165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Jekka Alt</cp:lastModifiedBy>
  <cp:revision>8</cp:revision>
  <dcterms:created xsi:type="dcterms:W3CDTF">2026-02-26T16:39:00Z</dcterms:created>
  <dcterms:modified xsi:type="dcterms:W3CDTF">2026-03-09T19:42:00Z</dcterms:modified>
</cp:coreProperties>
</file>